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8AD25" w14:textId="10748D50" w:rsidR="00004DB3" w:rsidRPr="00221330" w:rsidRDefault="00714885">
      <w:pPr>
        <w:spacing w:after="0"/>
        <w:rPr>
          <w:rFonts w:ascii="Arial" w:hAnsi="Arial"/>
          <w:b/>
        </w:rPr>
      </w:pPr>
      <w:r w:rsidRPr="00221330">
        <w:rPr>
          <w:rFonts w:ascii="Arial" w:hAnsi="Arial"/>
          <w:b/>
        </w:rPr>
        <w:t>Daphne Hitchcock</w:t>
      </w:r>
      <w:r w:rsidR="00E52427" w:rsidRPr="00221330">
        <w:rPr>
          <w:rFonts w:ascii="Arial" w:hAnsi="Arial"/>
          <w:b/>
        </w:rPr>
        <w:t xml:space="preserve">: </w:t>
      </w:r>
    </w:p>
    <w:p w14:paraId="3E424A1D" w14:textId="2D505063" w:rsidR="006406E7" w:rsidRDefault="00714885">
      <w:pPr>
        <w:spacing w:after="0"/>
      </w:pPr>
      <w:r>
        <w:rPr>
          <w:rFonts w:ascii="Arial" w:hAnsi="Arial"/>
        </w:rPr>
        <w:t>Ready set go. I'm going to pass things along to Natalie. Natalie Martin</w:t>
      </w:r>
      <w:r w:rsidR="00E52427">
        <w:rPr>
          <w:rFonts w:ascii="Arial" w:hAnsi="Arial"/>
        </w:rPr>
        <w:t>i</w:t>
      </w:r>
      <w:r>
        <w:rPr>
          <w:rFonts w:ascii="Arial" w:hAnsi="Arial"/>
        </w:rPr>
        <w:t>ello, our BLC past president to introduce our first speaker. Thank you, Natalie.</w:t>
      </w:r>
    </w:p>
    <w:p w14:paraId="102201CC" w14:textId="77777777" w:rsidR="006406E7" w:rsidRDefault="006406E7">
      <w:pPr>
        <w:spacing w:after="0"/>
      </w:pPr>
    </w:p>
    <w:p w14:paraId="03AB98A0" w14:textId="12038D4C" w:rsidR="006406E7" w:rsidRDefault="00714885">
      <w:pPr>
        <w:spacing w:after="0"/>
      </w:pPr>
      <w:r>
        <w:rPr>
          <w:rFonts w:ascii="Arial" w:hAnsi="Arial"/>
          <w:b/>
        </w:rPr>
        <w:t>Natalie Martiniello</w:t>
      </w:r>
      <w:r w:rsidR="00004DB3">
        <w:rPr>
          <w:rFonts w:ascii="Arial" w:hAnsi="Arial"/>
          <w:b/>
        </w:rPr>
        <w:t xml:space="preserve">: </w:t>
      </w:r>
      <w:r>
        <w:rPr>
          <w:rFonts w:ascii="Arial" w:hAnsi="Arial"/>
          <w:b/>
        </w:rPr>
        <w:t xml:space="preserve">  </w:t>
      </w:r>
    </w:p>
    <w:p w14:paraId="690AD75D" w14:textId="0D424C4E" w:rsidR="006406E7" w:rsidRDefault="00714885">
      <w:pPr>
        <w:spacing w:after="0"/>
      </w:pPr>
      <w:r>
        <w:rPr>
          <w:rFonts w:ascii="Arial" w:hAnsi="Arial"/>
        </w:rPr>
        <w:t xml:space="preserve">Thank you Daphne, and welcome everyone. I have the pleasure of introducing our first speaker, Noreen Grice, who will be presenting on using tactile images to make astronomy more accessible. Noreen teaches astronomy to college students at Western Connecticut State </w:t>
      </w:r>
      <w:proofErr w:type="gramStart"/>
      <w:r>
        <w:rPr>
          <w:rFonts w:ascii="Arial" w:hAnsi="Arial"/>
        </w:rPr>
        <w:t>University, and</w:t>
      </w:r>
      <w:proofErr w:type="gramEnd"/>
      <w:r>
        <w:rPr>
          <w:rFonts w:ascii="Arial" w:hAnsi="Arial"/>
        </w:rPr>
        <w:t xml:space="preserve"> is also the president of the Middle Atlantic </w:t>
      </w:r>
      <w:r w:rsidR="001431F8">
        <w:rPr>
          <w:rFonts w:ascii="Arial" w:hAnsi="Arial"/>
        </w:rPr>
        <w:t>Planetarium</w:t>
      </w:r>
      <w:r>
        <w:rPr>
          <w:rFonts w:ascii="Arial" w:hAnsi="Arial"/>
        </w:rPr>
        <w:t xml:space="preserve"> society. With over 40 years of experience as an astronomy educator. She has devoted much of her career through her company, </w:t>
      </w:r>
      <w:r w:rsidR="005039A4">
        <w:rPr>
          <w:rFonts w:ascii="Arial" w:hAnsi="Arial"/>
        </w:rPr>
        <w:t xml:space="preserve">YOU CAN DO ASTRONOMY </w:t>
      </w:r>
      <w:r>
        <w:rPr>
          <w:rFonts w:ascii="Arial" w:hAnsi="Arial"/>
        </w:rPr>
        <w:t xml:space="preserve">LLC, to making astronomy more accessible for students with disabilities and in particular those who are blind or low vision. Many of her books include tactile images, and </w:t>
      </w:r>
      <w:r w:rsidR="00C844B3">
        <w:rPr>
          <w:rFonts w:ascii="Arial" w:hAnsi="Arial"/>
        </w:rPr>
        <w:t>h</w:t>
      </w:r>
      <w:r>
        <w:rPr>
          <w:rFonts w:ascii="Arial" w:hAnsi="Arial"/>
        </w:rPr>
        <w:t xml:space="preserve">er most recent book is called </w:t>
      </w:r>
      <w:r w:rsidR="00C844B3" w:rsidRPr="00C844B3">
        <w:rPr>
          <w:rFonts w:ascii="Arial" w:hAnsi="Arial"/>
          <w:i/>
          <w:iCs/>
        </w:rPr>
        <w:t xml:space="preserve">Touch </w:t>
      </w:r>
      <w:proofErr w:type="gramStart"/>
      <w:r w:rsidR="00C844B3" w:rsidRPr="00C844B3">
        <w:rPr>
          <w:rFonts w:ascii="Arial" w:hAnsi="Arial"/>
          <w:i/>
          <w:iCs/>
        </w:rPr>
        <w:t>The</w:t>
      </w:r>
      <w:proofErr w:type="gramEnd"/>
      <w:r w:rsidR="00C844B3" w:rsidRPr="00C844B3">
        <w:rPr>
          <w:rFonts w:ascii="Arial" w:hAnsi="Arial"/>
          <w:i/>
          <w:iCs/>
        </w:rPr>
        <w:t xml:space="preserve"> Solar System</w:t>
      </w:r>
      <w:r>
        <w:rPr>
          <w:rFonts w:ascii="Arial" w:hAnsi="Arial"/>
        </w:rPr>
        <w:t>, which is a digital tactile book for the talking tactile tablet, which she co authored with astronom</w:t>
      </w:r>
      <w:r w:rsidR="00D02FDD">
        <w:rPr>
          <w:rFonts w:ascii="Arial" w:hAnsi="Arial"/>
        </w:rPr>
        <w:t>er,</w:t>
      </w:r>
      <w:r>
        <w:rPr>
          <w:rFonts w:ascii="Arial" w:hAnsi="Arial"/>
        </w:rPr>
        <w:t xml:space="preserve"> Heidi Ham</w:t>
      </w:r>
      <w:r w:rsidR="0048255E">
        <w:rPr>
          <w:rFonts w:ascii="Arial" w:hAnsi="Arial"/>
        </w:rPr>
        <w:t>me</w:t>
      </w:r>
      <w:r>
        <w:rPr>
          <w:rFonts w:ascii="Arial" w:hAnsi="Arial"/>
        </w:rPr>
        <w:t>l</w:t>
      </w:r>
      <w:r w:rsidR="00D02FDD">
        <w:rPr>
          <w:rFonts w:ascii="Arial" w:hAnsi="Arial"/>
        </w:rPr>
        <w:t>.</w:t>
      </w:r>
      <w:r>
        <w:rPr>
          <w:rFonts w:ascii="Arial" w:hAnsi="Arial"/>
        </w:rPr>
        <w:t xml:space="preserve"> </w:t>
      </w:r>
      <w:r w:rsidR="00D02FDD">
        <w:rPr>
          <w:rFonts w:ascii="Arial" w:hAnsi="Arial"/>
        </w:rPr>
        <w:t xml:space="preserve">So, </w:t>
      </w:r>
      <w:r>
        <w:rPr>
          <w:rFonts w:ascii="Arial" w:hAnsi="Arial"/>
        </w:rPr>
        <w:t>thank you, Noreen. I will turn it over to you.</w:t>
      </w:r>
    </w:p>
    <w:p w14:paraId="5FF4EF30" w14:textId="77777777" w:rsidR="006406E7" w:rsidRDefault="006406E7">
      <w:pPr>
        <w:spacing w:after="0"/>
      </w:pPr>
    </w:p>
    <w:p w14:paraId="5288ED90" w14:textId="70E5E597" w:rsidR="006406E7" w:rsidRDefault="004A4609">
      <w:pPr>
        <w:spacing w:after="0"/>
      </w:pPr>
      <w:r>
        <w:rPr>
          <w:rFonts w:ascii="Arial" w:hAnsi="Arial"/>
          <w:b/>
        </w:rPr>
        <w:t>Noreen Grice</w:t>
      </w:r>
      <w:r w:rsidR="0048255E">
        <w:rPr>
          <w:rFonts w:ascii="Arial" w:hAnsi="Arial"/>
          <w:b/>
        </w:rPr>
        <w:t xml:space="preserve">: </w:t>
      </w:r>
      <w:r>
        <w:rPr>
          <w:rFonts w:ascii="Arial" w:hAnsi="Arial"/>
          <w:b/>
        </w:rPr>
        <w:t xml:space="preserve"> </w:t>
      </w:r>
    </w:p>
    <w:p w14:paraId="630D5B7C" w14:textId="25E565BA" w:rsidR="003C5308" w:rsidRDefault="0048255E">
      <w:pPr>
        <w:spacing w:after="0"/>
        <w:rPr>
          <w:rFonts w:ascii="Arial" w:hAnsi="Arial"/>
        </w:rPr>
      </w:pPr>
      <w:r>
        <w:rPr>
          <w:rFonts w:ascii="Arial" w:hAnsi="Arial"/>
        </w:rPr>
        <w:t>“T</w:t>
      </w:r>
      <w:r w:rsidR="00714885">
        <w:rPr>
          <w:rFonts w:ascii="Arial" w:hAnsi="Arial"/>
        </w:rPr>
        <w:t>hank you very much. I'd like to share some slides, so I'm going to bring that up. Let's see</w:t>
      </w:r>
      <w:r w:rsidR="004A4609">
        <w:rPr>
          <w:rFonts w:ascii="Arial" w:hAnsi="Arial"/>
        </w:rPr>
        <w:t xml:space="preserve">. </w:t>
      </w:r>
      <w:r w:rsidR="00714885">
        <w:rPr>
          <w:rFonts w:ascii="Arial" w:hAnsi="Arial"/>
        </w:rPr>
        <w:t xml:space="preserve"> </w:t>
      </w:r>
      <w:r w:rsidR="004A4609">
        <w:rPr>
          <w:rFonts w:ascii="Arial" w:hAnsi="Arial"/>
        </w:rPr>
        <w:t xml:space="preserve">You </w:t>
      </w:r>
      <w:r w:rsidR="00714885">
        <w:rPr>
          <w:rFonts w:ascii="Arial" w:hAnsi="Arial"/>
        </w:rPr>
        <w:t>need to enable me to share the slides, and then we'll be in good shape here. Okay? If it's possible for someone to let me share slides</w:t>
      </w:r>
      <w:r w:rsidR="00221330">
        <w:rPr>
          <w:rFonts w:ascii="Arial" w:hAnsi="Arial"/>
        </w:rPr>
        <w:t xml:space="preserve"> … </w:t>
      </w:r>
      <w:r w:rsidR="00714885">
        <w:rPr>
          <w:rFonts w:ascii="Arial" w:hAnsi="Arial"/>
        </w:rPr>
        <w:t xml:space="preserve"> Yeah,</w:t>
      </w:r>
      <w:r w:rsidR="00221330">
        <w:t xml:space="preserve"> </w:t>
      </w:r>
      <w:r w:rsidR="00714885">
        <w:rPr>
          <w:rFonts w:ascii="Arial" w:hAnsi="Arial"/>
        </w:rPr>
        <w:t xml:space="preserve">there we go. I see something now, okay, let me bring this </w:t>
      </w:r>
      <w:r>
        <w:rPr>
          <w:rFonts w:ascii="Arial" w:hAnsi="Arial"/>
        </w:rPr>
        <w:t xml:space="preserve">up </w:t>
      </w:r>
      <w:r w:rsidR="00714885">
        <w:rPr>
          <w:rFonts w:ascii="Arial" w:hAnsi="Arial"/>
        </w:rPr>
        <w:t xml:space="preserve">and we'll go into slide mode. Okay. </w:t>
      </w:r>
    </w:p>
    <w:p w14:paraId="2BE0425B" w14:textId="77777777" w:rsidR="003C5308" w:rsidRDefault="003C5308">
      <w:pPr>
        <w:spacing w:after="0"/>
        <w:rPr>
          <w:rFonts w:ascii="Arial" w:hAnsi="Arial"/>
        </w:rPr>
      </w:pPr>
    </w:p>
    <w:p w14:paraId="6226FD4D" w14:textId="77777777" w:rsidR="00714885" w:rsidRDefault="00714885">
      <w:pPr>
        <w:spacing w:after="0"/>
        <w:rPr>
          <w:rFonts w:ascii="Arial" w:hAnsi="Arial"/>
        </w:rPr>
      </w:pPr>
      <w:r>
        <w:rPr>
          <w:rFonts w:ascii="Arial" w:hAnsi="Arial"/>
        </w:rPr>
        <w:t xml:space="preserve">Well, first of all, I got a haircut, so my hair is a little shorter than in this picture, but I'm going to be speaking to you today on using tactile images to make astronomy more accessible for blind and visually impaired learners. Now, when you think of astronomy, you might not think of something that is very accessible. It's like biology, like looking at something under a microscope or something that's far away. It's not touchable unless you put it in a form </w:t>
      </w:r>
      <w:r w:rsidR="00DB1BD7">
        <w:rPr>
          <w:rFonts w:ascii="Arial" w:hAnsi="Arial"/>
        </w:rPr>
        <w:t xml:space="preserve">so </w:t>
      </w:r>
      <w:r>
        <w:rPr>
          <w:rFonts w:ascii="Arial" w:hAnsi="Arial"/>
        </w:rPr>
        <w:t>that it is. So I'm going to begin by telling you a little bit about how I got started</w:t>
      </w:r>
      <w:r w:rsidR="00DB1BD7">
        <w:rPr>
          <w:rFonts w:ascii="Arial" w:hAnsi="Arial"/>
        </w:rPr>
        <w:t xml:space="preserve">. </w:t>
      </w:r>
    </w:p>
    <w:p w14:paraId="2ECEF159" w14:textId="77777777" w:rsidR="00714885" w:rsidRDefault="00714885">
      <w:pPr>
        <w:spacing w:after="0"/>
        <w:rPr>
          <w:rFonts w:ascii="Arial" w:hAnsi="Arial"/>
        </w:rPr>
      </w:pPr>
    </w:p>
    <w:p w14:paraId="79BE2F23" w14:textId="117F360F" w:rsidR="00B76C71" w:rsidRDefault="00DB1BD7">
      <w:pPr>
        <w:spacing w:after="0"/>
        <w:rPr>
          <w:rFonts w:ascii="Arial" w:hAnsi="Arial"/>
        </w:rPr>
      </w:pPr>
      <w:r>
        <w:rPr>
          <w:rFonts w:ascii="Arial" w:hAnsi="Arial"/>
        </w:rPr>
        <w:t xml:space="preserve">In </w:t>
      </w:r>
      <w:r w:rsidR="00714885">
        <w:rPr>
          <w:rFonts w:ascii="Arial" w:hAnsi="Arial"/>
        </w:rPr>
        <w:t xml:space="preserve">1984, which seems like not that long ago, I was an astronomy major at Boston University, and I was working part time at the Boston Museum of Science. In fact, I was, </w:t>
      </w:r>
      <w:r w:rsidR="00943741">
        <w:rPr>
          <w:rFonts w:ascii="Arial" w:hAnsi="Arial"/>
        </w:rPr>
        <w:t>—</w:t>
      </w:r>
      <w:r w:rsidR="00714885">
        <w:rPr>
          <w:rFonts w:ascii="Arial" w:hAnsi="Arial"/>
        </w:rPr>
        <w:t xml:space="preserve"> I was going into my senior year at Boston University as an astronomy major, and I always loved the </w:t>
      </w:r>
      <w:r w:rsidR="001431F8">
        <w:rPr>
          <w:rFonts w:ascii="Arial" w:hAnsi="Arial"/>
        </w:rPr>
        <w:t>Planetarium</w:t>
      </w:r>
      <w:r w:rsidR="00714885">
        <w:rPr>
          <w:rFonts w:ascii="Arial" w:hAnsi="Arial"/>
        </w:rPr>
        <w:t>, and I was so fortunate to get a part</w:t>
      </w:r>
      <w:r w:rsidR="00424F6A">
        <w:rPr>
          <w:rFonts w:ascii="Arial" w:hAnsi="Arial"/>
        </w:rPr>
        <w:t>-</w:t>
      </w:r>
      <w:r w:rsidR="00714885">
        <w:rPr>
          <w:rFonts w:ascii="Arial" w:hAnsi="Arial"/>
        </w:rPr>
        <w:t>time</w:t>
      </w:r>
      <w:r w:rsidR="00424F6A">
        <w:rPr>
          <w:rFonts w:ascii="Arial" w:hAnsi="Arial"/>
        </w:rPr>
        <w:t xml:space="preserve"> </w:t>
      </w:r>
      <w:r w:rsidR="00714885">
        <w:rPr>
          <w:rFonts w:ascii="Arial" w:hAnsi="Arial"/>
        </w:rPr>
        <w:t xml:space="preserve">job in the </w:t>
      </w:r>
      <w:r w:rsidR="001431F8">
        <w:rPr>
          <w:rFonts w:ascii="Arial" w:hAnsi="Arial"/>
        </w:rPr>
        <w:t>Planetarium</w:t>
      </w:r>
      <w:r w:rsidR="00714885">
        <w:rPr>
          <w:rFonts w:ascii="Arial" w:hAnsi="Arial"/>
        </w:rPr>
        <w:t xml:space="preserve">. Now my job </w:t>
      </w:r>
      <w:proofErr w:type="gramStart"/>
      <w:r w:rsidR="00714885">
        <w:rPr>
          <w:rFonts w:ascii="Arial" w:hAnsi="Arial"/>
        </w:rPr>
        <w:t>entailed</w:t>
      </w:r>
      <w:proofErr w:type="gramEnd"/>
      <w:r w:rsidR="00714885">
        <w:rPr>
          <w:rFonts w:ascii="Arial" w:hAnsi="Arial"/>
        </w:rPr>
        <w:t xml:space="preserve">, you know, welcoming people to the </w:t>
      </w:r>
      <w:r w:rsidR="001431F8">
        <w:rPr>
          <w:rFonts w:ascii="Arial" w:hAnsi="Arial"/>
        </w:rPr>
        <w:t>Planetarium</w:t>
      </w:r>
      <w:r w:rsidR="00714885">
        <w:rPr>
          <w:rFonts w:ascii="Arial" w:hAnsi="Arial"/>
        </w:rPr>
        <w:t xml:space="preserve"> and pressing a button on the apple 2e computer to start the pre</w:t>
      </w:r>
      <w:r w:rsidR="00424F6A">
        <w:rPr>
          <w:rFonts w:ascii="Arial" w:hAnsi="Arial"/>
        </w:rPr>
        <w:t>-</w:t>
      </w:r>
      <w:r w:rsidR="00714885">
        <w:rPr>
          <w:rFonts w:ascii="Arial" w:hAnsi="Arial"/>
        </w:rPr>
        <w:t xml:space="preserve">recorded program. </w:t>
      </w:r>
    </w:p>
    <w:p w14:paraId="336414A4" w14:textId="77777777" w:rsidR="00B76C71" w:rsidRDefault="00B76C71">
      <w:pPr>
        <w:spacing w:after="0"/>
        <w:rPr>
          <w:rFonts w:ascii="Arial" w:hAnsi="Arial"/>
        </w:rPr>
      </w:pPr>
    </w:p>
    <w:p w14:paraId="137B059F" w14:textId="17A5F8A7" w:rsidR="00355DAA" w:rsidRDefault="00714885">
      <w:pPr>
        <w:spacing w:after="0"/>
        <w:rPr>
          <w:rFonts w:ascii="Arial" w:hAnsi="Arial"/>
        </w:rPr>
      </w:pPr>
      <w:r>
        <w:rPr>
          <w:rFonts w:ascii="Arial" w:hAnsi="Arial"/>
        </w:rPr>
        <w:t>So when I open the doors for the next show, I happen</w:t>
      </w:r>
      <w:r w:rsidR="00744EC3">
        <w:rPr>
          <w:rFonts w:ascii="Arial" w:hAnsi="Arial"/>
        </w:rPr>
        <w:t>ed</w:t>
      </w:r>
      <w:r>
        <w:rPr>
          <w:rFonts w:ascii="Arial" w:hAnsi="Arial"/>
        </w:rPr>
        <w:t xml:space="preserve"> to notice there were a group of blind students in line, and at that time, I didn't know anyone who was blind and I wasn't sure what to do. I was nervous, so I asked the manager who was working </w:t>
      </w:r>
      <w:r w:rsidR="00744EC3">
        <w:rPr>
          <w:rFonts w:ascii="Arial" w:hAnsi="Arial"/>
        </w:rPr>
        <w:t>(</w:t>
      </w:r>
      <w:r>
        <w:rPr>
          <w:rFonts w:ascii="Arial" w:hAnsi="Arial"/>
        </w:rPr>
        <w:t>an older gentleman</w:t>
      </w:r>
      <w:r w:rsidR="00744EC3">
        <w:rPr>
          <w:rFonts w:ascii="Arial" w:hAnsi="Arial"/>
        </w:rPr>
        <w:t>)</w:t>
      </w:r>
      <w:r>
        <w:rPr>
          <w:rFonts w:ascii="Arial" w:hAnsi="Arial"/>
        </w:rPr>
        <w:t xml:space="preserve"> </w:t>
      </w:r>
      <w:r w:rsidR="00FA3B2E">
        <w:rPr>
          <w:rFonts w:ascii="Arial" w:hAnsi="Arial"/>
        </w:rPr>
        <w:t>“W</w:t>
      </w:r>
      <w:r>
        <w:rPr>
          <w:rFonts w:ascii="Arial" w:hAnsi="Arial"/>
        </w:rPr>
        <w:t>hat do I d</w:t>
      </w:r>
      <w:r w:rsidR="00FA3B2E">
        <w:rPr>
          <w:rFonts w:ascii="Arial" w:hAnsi="Arial"/>
        </w:rPr>
        <w:t>o?”</w:t>
      </w:r>
      <w:r>
        <w:rPr>
          <w:rFonts w:ascii="Arial" w:hAnsi="Arial"/>
        </w:rPr>
        <w:t xml:space="preserve"> And he said, </w:t>
      </w:r>
      <w:proofErr w:type="gramStart"/>
      <w:r>
        <w:rPr>
          <w:rFonts w:ascii="Arial" w:hAnsi="Arial"/>
        </w:rPr>
        <w:t>I should</w:t>
      </w:r>
      <w:proofErr w:type="gramEnd"/>
      <w:r>
        <w:rPr>
          <w:rFonts w:ascii="Arial" w:hAnsi="Arial"/>
        </w:rPr>
        <w:t xml:space="preserve"> just help the students </w:t>
      </w:r>
      <w:proofErr w:type="gramStart"/>
      <w:r>
        <w:rPr>
          <w:rFonts w:ascii="Arial" w:hAnsi="Arial"/>
        </w:rPr>
        <w:t>to</w:t>
      </w:r>
      <w:proofErr w:type="gramEnd"/>
      <w:r>
        <w:rPr>
          <w:rFonts w:ascii="Arial" w:hAnsi="Arial"/>
        </w:rPr>
        <w:t xml:space="preserve"> their seats</w:t>
      </w:r>
      <w:proofErr w:type="gramStart"/>
      <w:r>
        <w:rPr>
          <w:rFonts w:ascii="Arial" w:hAnsi="Arial"/>
        </w:rPr>
        <w:t>.</w:t>
      </w:r>
      <w:proofErr w:type="gramEnd"/>
      <w:r>
        <w:rPr>
          <w:rFonts w:ascii="Arial" w:hAnsi="Arial"/>
        </w:rPr>
        <w:t xml:space="preserve"> That's all I had to do. So that's what I did. And then I got into the control booth</w:t>
      </w:r>
      <w:r w:rsidR="00B76C71">
        <w:rPr>
          <w:rFonts w:ascii="Arial" w:hAnsi="Arial"/>
        </w:rPr>
        <w:t>,</w:t>
      </w:r>
      <w:r>
        <w:rPr>
          <w:rFonts w:ascii="Arial" w:hAnsi="Arial"/>
        </w:rPr>
        <w:t xml:space="preserve"> and I welcomed everyone to the </w:t>
      </w:r>
      <w:r w:rsidR="001431F8">
        <w:rPr>
          <w:rFonts w:ascii="Arial" w:hAnsi="Arial"/>
        </w:rPr>
        <w:t>Planetarium</w:t>
      </w:r>
      <w:r>
        <w:rPr>
          <w:rFonts w:ascii="Arial" w:hAnsi="Arial"/>
        </w:rPr>
        <w:t xml:space="preserve">, and I pressed the button on the Apple </w:t>
      </w:r>
      <w:r w:rsidR="00355DAA">
        <w:rPr>
          <w:rFonts w:ascii="Arial" w:hAnsi="Arial"/>
        </w:rPr>
        <w:t xml:space="preserve">2E </w:t>
      </w:r>
      <w:r>
        <w:rPr>
          <w:rFonts w:ascii="Arial" w:hAnsi="Arial"/>
        </w:rPr>
        <w:t xml:space="preserve">computer, and the show began. </w:t>
      </w:r>
    </w:p>
    <w:p w14:paraId="3F6A4E47" w14:textId="77777777" w:rsidR="00355DAA" w:rsidRDefault="00355DAA">
      <w:pPr>
        <w:spacing w:after="0"/>
        <w:rPr>
          <w:rFonts w:ascii="Arial" w:hAnsi="Arial"/>
        </w:rPr>
      </w:pPr>
    </w:p>
    <w:p w14:paraId="25654AA0" w14:textId="36A77AA0" w:rsidR="00B76C71" w:rsidRDefault="00714885">
      <w:pPr>
        <w:spacing w:after="0"/>
        <w:rPr>
          <w:rFonts w:ascii="Arial" w:hAnsi="Arial"/>
        </w:rPr>
      </w:pPr>
      <w:proofErr w:type="gramStart"/>
      <w:r>
        <w:rPr>
          <w:rFonts w:ascii="Arial" w:hAnsi="Arial"/>
        </w:rPr>
        <w:t>So</w:t>
      </w:r>
      <w:proofErr w:type="gramEnd"/>
      <w:r>
        <w:rPr>
          <w:rFonts w:ascii="Arial" w:hAnsi="Arial"/>
        </w:rPr>
        <w:t xml:space="preserve"> then my job was to sit at the control booth, point out a few stars as the narrated script went on, and then at the end of the program, thank everyone for coming to the </w:t>
      </w:r>
      <w:r w:rsidR="001431F8">
        <w:rPr>
          <w:rFonts w:ascii="Arial" w:hAnsi="Arial"/>
        </w:rPr>
        <w:t>Planetarium</w:t>
      </w:r>
      <w:r>
        <w:rPr>
          <w:rFonts w:ascii="Arial" w:hAnsi="Arial"/>
        </w:rPr>
        <w:t xml:space="preserve">. But during the show, I kept looking at those students, and I wondered what they were thinking about the program. </w:t>
      </w:r>
    </w:p>
    <w:p w14:paraId="466734EC" w14:textId="77777777" w:rsidR="00B76C71" w:rsidRDefault="00B76C71">
      <w:pPr>
        <w:spacing w:after="0"/>
        <w:rPr>
          <w:rFonts w:ascii="Arial" w:hAnsi="Arial"/>
        </w:rPr>
      </w:pPr>
    </w:p>
    <w:p w14:paraId="178F0EB1" w14:textId="03A90414" w:rsidR="006B103C" w:rsidRDefault="00714885">
      <w:pPr>
        <w:spacing w:after="0"/>
        <w:rPr>
          <w:rFonts w:ascii="Arial" w:hAnsi="Arial"/>
        </w:rPr>
      </w:pPr>
      <w:r>
        <w:rPr>
          <w:rFonts w:ascii="Arial" w:hAnsi="Arial"/>
        </w:rPr>
        <w:t xml:space="preserve">So at the end of the program, everybody had to walk past the control booth. And so I came around as they approached, and I asked them how they liked the show. Well, I expected they might say, yeah, it was okay. That's not what they said. They were very disappointed the program was not accessible to them, and I felt terrible, because I thought the </w:t>
      </w:r>
      <w:r w:rsidR="001431F8">
        <w:rPr>
          <w:rFonts w:ascii="Arial" w:hAnsi="Arial"/>
        </w:rPr>
        <w:t>Planetarium</w:t>
      </w:r>
      <w:r>
        <w:rPr>
          <w:rFonts w:ascii="Arial" w:hAnsi="Arial"/>
        </w:rPr>
        <w:t xml:space="preserve"> was the most wonderful place in the world, and </w:t>
      </w:r>
      <w:proofErr w:type="gramStart"/>
      <w:r>
        <w:rPr>
          <w:rFonts w:ascii="Arial" w:hAnsi="Arial"/>
        </w:rPr>
        <w:t>clearly</w:t>
      </w:r>
      <w:proofErr w:type="gramEnd"/>
      <w:r>
        <w:rPr>
          <w:rFonts w:ascii="Arial" w:hAnsi="Arial"/>
        </w:rPr>
        <w:t xml:space="preserve"> we had failed. </w:t>
      </w:r>
    </w:p>
    <w:p w14:paraId="5BE3FBCE" w14:textId="77777777" w:rsidR="006B103C" w:rsidRDefault="006B103C">
      <w:pPr>
        <w:spacing w:after="0"/>
        <w:rPr>
          <w:rFonts w:ascii="Arial" w:hAnsi="Arial"/>
        </w:rPr>
      </w:pPr>
    </w:p>
    <w:p w14:paraId="79B2B9E7" w14:textId="77777777" w:rsidR="00007E0E" w:rsidRDefault="00714885">
      <w:pPr>
        <w:spacing w:after="0"/>
        <w:rPr>
          <w:rFonts w:ascii="Arial" w:hAnsi="Arial"/>
        </w:rPr>
      </w:pPr>
      <w:r>
        <w:rPr>
          <w:rFonts w:ascii="Arial" w:hAnsi="Arial"/>
        </w:rPr>
        <w:t xml:space="preserve">And so the next day or so, I remember seeing a bus that went to Watertown, Massachusetts, which was not far from the Boston University campus, and I learned that there was a school for the blind there, the Perkins School for the Blind. So I got on the bus and I went over to the Perkins School. I wandered around the campus. </w:t>
      </w:r>
      <w:r w:rsidR="00607C05">
        <w:rPr>
          <w:rFonts w:ascii="Arial" w:hAnsi="Arial"/>
        </w:rPr>
        <w:t xml:space="preserve">And </w:t>
      </w:r>
      <w:r>
        <w:rPr>
          <w:rFonts w:ascii="Arial" w:hAnsi="Arial"/>
        </w:rPr>
        <w:t xml:space="preserve">I found the library. I went inside the Perkins School for the Blind library, and I asked the librarian if they had any astronomy books. You know, my first thought was, maybe there's just no astronomy books. Well, I was directed to a shelf with some very thick books. </w:t>
      </w:r>
      <w:r w:rsidR="00284948">
        <w:rPr>
          <w:rFonts w:ascii="Arial" w:hAnsi="Arial"/>
        </w:rPr>
        <w:t xml:space="preserve">It </w:t>
      </w:r>
      <w:r>
        <w:rPr>
          <w:rFonts w:ascii="Arial" w:hAnsi="Arial"/>
        </w:rPr>
        <w:t>was this whole Isaac Asimov collection, and I pulled one of the books down, and I was flipping through it</w:t>
      </w:r>
      <w:r w:rsidR="00751190">
        <w:rPr>
          <w:rFonts w:ascii="Arial" w:hAnsi="Arial"/>
        </w:rPr>
        <w:t xml:space="preserve">. </w:t>
      </w:r>
    </w:p>
    <w:p w14:paraId="108CA289" w14:textId="77777777" w:rsidR="00007E0E" w:rsidRDefault="00007E0E">
      <w:pPr>
        <w:spacing w:after="0"/>
        <w:rPr>
          <w:rFonts w:ascii="Arial" w:hAnsi="Arial"/>
        </w:rPr>
      </w:pPr>
    </w:p>
    <w:p w14:paraId="172BE9D3" w14:textId="528B5541" w:rsidR="00007E0E" w:rsidRDefault="00751190">
      <w:pPr>
        <w:spacing w:after="0"/>
        <w:rPr>
          <w:rFonts w:ascii="Arial" w:hAnsi="Arial"/>
        </w:rPr>
      </w:pPr>
      <w:r>
        <w:rPr>
          <w:rFonts w:ascii="Arial" w:hAnsi="Arial"/>
        </w:rPr>
        <w:t>A</w:t>
      </w:r>
      <w:r w:rsidR="00714885">
        <w:rPr>
          <w:rFonts w:ascii="Arial" w:hAnsi="Arial"/>
        </w:rPr>
        <w:t>t that time</w:t>
      </w:r>
      <w:r>
        <w:rPr>
          <w:rFonts w:ascii="Arial" w:hAnsi="Arial"/>
        </w:rPr>
        <w:t>,</w:t>
      </w:r>
      <w:r w:rsidR="00714885">
        <w:rPr>
          <w:rFonts w:ascii="Arial" w:hAnsi="Arial"/>
        </w:rPr>
        <w:t xml:space="preserve"> I did not know braille, but I knew it was Braille, but I asked, </w:t>
      </w:r>
      <w:r>
        <w:rPr>
          <w:rFonts w:ascii="Arial" w:hAnsi="Arial"/>
        </w:rPr>
        <w:t>“D</w:t>
      </w:r>
      <w:r w:rsidR="00714885">
        <w:rPr>
          <w:rFonts w:ascii="Arial" w:hAnsi="Arial"/>
        </w:rPr>
        <w:t>o any of these books have</w:t>
      </w:r>
      <w:r w:rsidR="00943741">
        <w:rPr>
          <w:rFonts w:ascii="Arial" w:hAnsi="Arial"/>
        </w:rPr>
        <w:t>—</w:t>
      </w:r>
      <w:r w:rsidR="00714885">
        <w:rPr>
          <w:rFonts w:ascii="Arial" w:hAnsi="Arial"/>
        </w:rPr>
        <w:t>like raised pictures?</w:t>
      </w:r>
      <w:r w:rsidR="00007E0E">
        <w:rPr>
          <w:rFonts w:ascii="Arial" w:hAnsi="Arial"/>
        </w:rPr>
        <w:t>”</w:t>
      </w:r>
      <w:r w:rsidR="00714885">
        <w:rPr>
          <w:rFonts w:ascii="Arial" w:hAnsi="Arial"/>
        </w:rPr>
        <w:t xml:space="preserve"> </w:t>
      </w:r>
    </w:p>
    <w:p w14:paraId="055D160E" w14:textId="77777777" w:rsidR="00007E0E" w:rsidRDefault="00007E0E">
      <w:pPr>
        <w:spacing w:after="0"/>
        <w:rPr>
          <w:rFonts w:ascii="Arial" w:hAnsi="Arial"/>
        </w:rPr>
      </w:pPr>
    </w:p>
    <w:p w14:paraId="7C9A36E9" w14:textId="77777777" w:rsidR="00007E0E" w:rsidRDefault="00714885">
      <w:pPr>
        <w:spacing w:after="0"/>
        <w:rPr>
          <w:rFonts w:ascii="Arial" w:hAnsi="Arial"/>
        </w:rPr>
      </w:pPr>
      <w:r>
        <w:rPr>
          <w:rFonts w:ascii="Arial" w:hAnsi="Arial"/>
        </w:rPr>
        <w:t xml:space="preserve">And that's when the librarian said, </w:t>
      </w:r>
      <w:r w:rsidR="00007E0E">
        <w:rPr>
          <w:rFonts w:ascii="Arial" w:hAnsi="Arial"/>
        </w:rPr>
        <w:t xml:space="preserve">“Not </w:t>
      </w:r>
      <w:r>
        <w:rPr>
          <w:rFonts w:ascii="Arial" w:hAnsi="Arial"/>
        </w:rPr>
        <w:t>very many books have raised pictures because they're very expensive and very labor intensive to make.</w:t>
      </w:r>
      <w:r w:rsidR="00007E0E">
        <w:rPr>
          <w:rFonts w:ascii="Arial" w:hAnsi="Arial"/>
        </w:rPr>
        <w:t>”</w:t>
      </w:r>
      <w:r>
        <w:rPr>
          <w:rFonts w:ascii="Arial" w:hAnsi="Arial"/>
        </w:rPr>
        <w:t xml:space="preserve"> </w:t>
      </w:r>
    </w:p>
    <w:p w14:paraId="102A0B42" w14:textId="77777777" w:rsidR="00007E0E" w:rsidRDefault="00007E0E">
      <w:pPr>
        <w:spacing w:after="0"/>
        <w:rPr>
          <w:rFonts w:ascii="Arial" w:hAnsi="Arial"/>
        </w:rPr>
      </w:pPr>
    </w:p>
    <w:p w14:paraId="0E525486" w14:textId="68419512" w:rsidR="009E5AA5" w:rsidRDefault="00714885">
      <w:pPr>
        <w:spacing w:after="0"/>
        <w:rPr>
          <w:rFonts w:ascii="Arial" w:hAnsi="Arial"/>
        </w:rPr>
      </w:pPr>
      <w:r>
        <w:rPr>
          <w:rFonts w:ascii="Arial" w:hAnsi="Arial"/>
        </w:rPr>
        <w:t xml:space="preserve">And then it occurred to me, the program in the </w:t>
      </w:r>
      <w:r w:rsidR="001431F8">
        <w:rPr>
          <w:rFonts w:ascii="Arial" w:hAnsi="Arial"/>
        </w:rPr>
        <w:t>Planetarium</w:t>
      </w:r>
      <w:r>
        <w:rPr>
          <w:rFonts w:ascii="Arial" w:hAnsi="Arial"/>
        </w:rPr>
        <w:t xml:space="preserve"> was projected images on a dome overhead that was not accessible. And in addition, the narration for the program was something like, </w:t>
      </w:r>
      <w:r w:rsidR="00DB440B">
        <w:rPr>
          <w:rFonts w:ascii="Arial" w:hAnsi="Arial"/>
        </w:rPr>
        <w:t>“</w:t>
      </w:r>
      <w:r>
        <w:rPr>
          <w:rFonts w:ascii="Arial" w:hAnsi="Arial"/>
        </w:rPr>
        <w:t>and over here is the Big Dipper, and over there Saturn, and up here is the moon.</w:t>
      </w:r>
      <w:r w:rsidR="009E5AA5">
        <w:rPr>
          <w:rFonts w:ascii="Arial" w:hAnsi="Arial"/>
        </w:rPr>
        <w:t>”</w:t>
      </w:r>
      <w:r>
        <w:rPr>
          <w:rFonts w:ascii="Arial" w:hAnsi="Arial"/>
        </w:rPr>
        <w:t xml:space="preserve"> So that wasn't very descriptive. So I could understand why the program was not accessible. </w:t>
      </w:r>
    </w:p>
    <w:p w14:paraId="09334B19" w14:textId="77777777" w:rsidR="009E5AA5" w:rsidRDefault="009E5AA5">
      <w:pPr>
        <w:spacing w:after="0"/>
        <w:rPr>
          <w:rFonts w:ascii="Arial" w:hAnsi="Arial"/>
        </w:rPr>
      </w:pPr>
    </w:p>
    <w:p w14:paraId="3798D50F" w14:textId="77777777" w:rsidR="000917EC" w:rsidRDefault="00714885">
      <w:pPr>
        <w:spacing w:after="0"/>
        <w:rPr>
          <w:rFonts w:ascii="Arial" w:hAnsi="Arial"/>
        </w:rPr>
      </w:pPr>
      <w:r>
        <w:rPr>
          <w:rFonts w:ascii="Arial" w:hAnsi="Arial"/>
        </w:rPr>
        <w:t xml:space="preserve">Now, I didn't know how to fix that, but I thought </w:t>
      </w:r>
      <w:r w:rsidR="009E5AA5">
        <w:rPr>
          <w:rFonts w:ascii="Arial" w:hAnsi="Arial"/>
        </w:rPr>
        <w:t>“</w:t>
      </w:r>
      <w:r>
        <w:rPr>
          <w:rFonts w:ascii="Arial" w:hAnsi="Arial"/>
        </w:rPr>
        <w:t>I'm going to try.</w:t>
      </w:r>
      <w:r w:rsidR="009E5AA5">
        <w:rPr>
          <w:rFonts w:ascii="Arial" w:hAnsi="Arial"/>
        </w:rPr>
        <w:t>”</w:t>
      </w:r>
      <w:r>
        <w:rPr>
          <w:rFonts w:ascii="Arial" w:hAnsi="Arial"/>
        </w:rPr>
        <w:t xml:space="preserve"> And that moment in time changed my career path to figure out a way to make astronomy more accessible to people who are blind or visually impaired. </w:t>
      </w:r>
    </w:p>
    <w:p w14:paraId="1228D5FA" w14:textId="77777777" w:rsidR="000917EC" w:rsidRDefault="000917EC">
      <w:pPr>
        <w:spacing w:after="0"/>
        <w:rPr>
          <w:rFonts w:ascii="Arial" w:hAnsi="Arial"/>
        </w:rPr>
      </w:pPr>
    </w:p>
    <w:p w14:paraId="3255AA43" w14:textId="533CD80D" w:rsidR="00035AE4" w:rsidRDefault="00714885">
      <w:pPr>
        <w:spacing w:after="0"/>
        <w:rPr>
          <w:rFonts w:ascii="Arial" w:hAnsi="Arial"/>
        </w:rPr>
      </w:pPr>
      <w:r>
        <w:rPr>
          <w:rFonts w:ascii="Arial" w:hAnsi="Arial"/>
        </w:rPr>
        <w:t xml:space="preserve">Well, that led me to first beginning something I wanted to do was to make all the </w:t>
      </w:r>
      <w:r w:rsidR="001431F8">
        <w:rPr>
          <w:rFonts w:ascii="Arial" w:hAnsi="Arial"/>
        </w:rPr>
        <w:t>Planetarium</w:t>
      </w:r>
      <w:r>
        <w:rPr>
          <w:rFonts w:ascii="Arial" w:hAnsi="Arial"/>
        </w:rPr>
        <w:t xml:space="preserve"> shows accessible, and I thought</w:t>
      </w:r>
      <w:r w:rsidR="00170B37">
        <w:rPr>
          <w:rFonts w:ascii="Arial" w:hAnsi="Arial"/>
        </w:rPr>
        <w:t>,</w:t>
      </w:r>
      <w:r>
        <w:rPr>
          <w:rFonts w:ascii="Arial" w:hAnsi="Arial"/>
        </w:rPr>
        <w:t xml:space="preserve"> </w:t>
      </w:r>
      <w:r w:rsidR="00170B37">
        <w:rPr>
          <w:rFonts w:ascii="Arial" w:hAnsi="Arial"/>
        </w:rPr>
        <w:t>“</w:t>
      </w:r>
      <w:r>
        <w:rPr>
          <w:rFonts w:ascii="Arial" w:hAnsi="Arial"/>
        </w:rPr>
        <w:t xml:space="preserve">maybe I could make pictures to go along with the </w:t>
      </w:r>
      <w:r w:rsidR="001431F8">
        <w:rPr>
          <w:rFonts w:ascii="Arial" w:hAnsi="Arial"/>
        </w:rPr>
        <w:t>Planetarium</w:t>
      </w:r>
      <w:r>
        <w:rPr>
          <w:rFonts w:ascii="Arial" w:hAnsi="Arial"/>
        </w:rPr>
        <w:t xml:space="preserve"> shows.</w:t>
      </w:r>
      <w:r w:rsidR="00170B37">
        <w:rPr>
          <w:rFonts w:ascii="Arial" w:hAnsi="Arial"/>
        </w:rPr>
        <w:t>”</w:t>
      </w:r>
      <w:r>
        <w:rPr>
          <w:rFonts w:ascii="Arial" w:hAnsi="Arial"/>
        </w:rPr>
        <w:t xml:space="preserve"> So I got some plastic paper and some etching tools from the Perkins School for the Blind, and I actually began hand etching different pictures. So I thought, </w:t>
      </w:r>
      <w:r w:rsidR="00ED345E">
        <w:rPr>
          <w:rFonts w:ascii="Arial" w:hAnsi="Arial"/>
        </w:rPr>
        <w:t>“</w:t>
      </w:r>
      <w:r>
        <w:rPr>
          <w:rFonts w:ascii="Arial" w:hAnsi="Arial"/>
        </w:rPr>
        <w:t>well, at least there'll be pictures to go along with the shows.</w:t>
      </w:r>
      <w:r w:rsidR="00ED345E">
        <w:rPr>
          <w:rFonts w:ascii="Arial" w:hAnsi="Arial"/>
        </w:rPr>
        <w:t>”</w:t>
      </w:r>
      <w:r>
        <w:rPr>
          <w:rFonts w:ascii="Arial" w:hAnsi="Arial"/>
        </w:rPr>
        <w:t xml:space="preserve"> And then I thought, </w:t>
      </w:r>
      <w:r w:rsidR="00ED345E">
        <w:rPr>
          <w:rFonts w:ascii="Arial" w:hAnsi="Arial"/>
        </w:rPr>
        <w:t>“</w:t>
      </w:r>
      <w:r>
        <w:rPr>
          <w:rFonts w:ascii="Arial" w:hAnsi="Arial"/>
        </w:rPr>
        <w:t>maybe I should make like a brochure.</w:t>
      </w:r>
      <w:r w:rsidR="00ED345E">
        <w:rPr>
          <w:rFonts w:ascii="Arial" w:hAnsi="Arial"/>
        </w:rPr>
        <w:t>”</w:t>
      </w:r>
    </w:p>
    <w:p w14:paraId="6EED67D1" w14:textId="77777777" w:rsidR="00035AE4" w:rsidRDefault="00035AE4">
      <w:pPr>
        <w:spacing w:after="0"/>
        <w:rPr>
          <w:rFonts w:ascii="Arial" w:hAnsi="Arial"/>
        </w:rPr>
      </w:pPr>
    </w:p>
    <w:p w14:paraId="7D392CD6" w14:textId="681CC6B2" w:rsidR="001D6594" w:rsidRDefault="00714885">
      <w:pPr>
        <w:spacing w:after="0"/>
        <w:rPr>
          <w:rFonts w:ascii="Arial" w:hAnsi="Arial"/>
        </w:rPr>
      </w:pPr>
      <w:r>
        <w:rPr>
          <w:rFonts w:ascii="Arial" w:hAnsi="Arial"/>
        </w:rPr>
        <w:t xml:space="preserve">Well, this whole idea turned into an </w:t>
      </w:r>
      <w:r w:rsidR="00035AE4">
        <w:rPr>
          <w:rFonts w:ascii="Arial" w:hAnsi="Arial"/>
        </w:rPr>
        <w:t>I</w:t>
      </w:r>
      <w:r>
        <w:rPr>
          <w:rFonts w:ascii="Arial" w:hAnsi="Arial"/>
        </w:rPr>
        <w:t xml:space="preserve">ndependent </w:t>
      </w:r>
      <w:r w:rsidR="00035AE4">
        <w:rPr>
          <w:rFonts w:ascii="Arial" w:hAnsi="Arial"/>
        </w:rPr>
        <w:t>S</w:t>
      </w:r>
      <w:r>
        <w:rPr>
          <w:rFonts w:ascii="Arial" w:hAnsi="Arial"/>
        </w:rPr>
        <w:t>tudy for my senior year at Boston University. I decided to write a book that was specifically designed for blind</w:t>
      </w:r>
      <w:r w:rsidR="00943741">
        <w:rPr>
          <w:rFonts w:ascii="Arial" w:hAnsi="Arial"/>
        </w:rPr>
        <w:t>—</w:t>
      </w:r>
      <w:r>
        <w:rPr>
          <w:rFonts w:ascii="Arial" w:hAnsi="Arial"/>
        </w:rPr>
        <w:t xml:space="preserve">blind learners, and I would call it </w:t>
      </w:r>
      <w:r w:rsidR="001D6594" w:rsidRPr="001D6594">
        <w:rPr>
          <w:rFonts w:ascii="Arial" w:hAnsi="Arial"/>
          <w:i/>
          <w:iCs/>
        </w:rPr>
        <w:t>T</w:t>
      </w:r>
      <w:r w:rsidRPr="001D6594">
        <w:rPr>
          <w:rFonts w:ascii="Arial" w:hAnsi="Arial"/>
          <w:i/>
          <w:iCs/>
        </w:rPr>
        <w:t xml:space="preserve">ouch the </w:t>
      </w:r>
      <w:r w:rsidR="001D6594" w:rsidRPr="001D6594">
        <w:rPr>
          <w:rFonts w:ascii="Arial" w:hAnsi="Arial"/>
          <w:i/>
          <w:iCs/>
        </w:rPr>
        <w:t>S</w:t>
      </w:r>
      <w:r w:rsidRPr="001D6594">
        <w:rPr>
          <w:rFonts w:ascii="Arial" w:hAnsi="Arial"/>
          <w:i/>
          <w:iCs/>
        </w:rPr>
        <w:t>tars</w:t>
      </w:r>
      <w:r>
        <w:rPr>
          <w:rFonts w:ascii="Arial" w:hAnsi="Arial"/>
        </w:rPr>
        <w:t xml:space="preserve">. </w:t>
      </w:r>
    </w:p>
    <w:p w14:paraId="0561DB14" w14:textId="77777777" w:rsidR="001D6594" w:rsidRDefault="001D6594">
      <w:pPr>
        <w:spacing w:after="0"/>
        <w:rPr>
          <w:rFonts w:ascii="Arial" w:hAnsi="Arial"/>
        </w:rPr>
      </w:pPr>
    </w:p>
    <w:p w14:paraId="528B2644" w14:textId="0E0E2010" w:rsidR="000031EB" w:rsidRDefault="00714885">
      <w:pPr>
        <w:spacing w:after="0"/>
        <w:rPr>
          <w:rFonts w:ascii="Arial" w:hAnsi="Arial"/>
        </w:rPr>
      </w:pPr>
      <w:r>
        <w:rPr>
          <w:rFonts w:ascii="Arial" w:hAnsi="Arial"/>
        </w:rPr>
        <w:t>I began that project in 1984</w:t>
      </w:r>
      <w:r w:rsidR="002F786F">
        <w:rPr>
          <w:rFonts w:ascii="Arial" w:hAnsi="Arial"/>
        </w:rPr>
        <w:t xml:space="preserve">; </w:t>
      </w:r>
      <w:r>
        <w:rPr>
          <w:rFonts w:ascii="Arial" w:hAnsi="Arial"/>
        </w:rPr>
        <w:t>I graduated from Boston University in 1985</w:t>
      </w:r>
      <w:r w:rsidR="002F786F">
        <w:rPr>
          <w:rFonts w:ascii="Arial" w:hAnsi="Arial"/>
        </w:rPr>
        <w:t>;</w:t>
      </w:r>
      <w:r>
        <w:rPr>
          <w:rFonts w:ascii="Arial" w:hAnsi="Arial"/>
        </w:rPr>
        <w:t xml:space="preserve"> I sort of packed up the project in a box</w:t>
      </w:r>
      <w:r w:rsidR="002F786F">
        <w:rPr>
          <w:rFonts w:ascii="Arial" w:hAnsi="Arial"/>
        </w:rPr>
        <w:t>;</w:t>
      </w:r>
      <w:r>
        <w:rPr>
          <w:rFonts w:ascii="Arial" w:hAnsi="Arial"/>
        </w:rPr>
        <w:t xml:space="preserve"> went off to graduate school, came back from graduate school, finished graduate school, came back to Boston in 1987 and then I felt like, you know, I really hadn't finished that project. So I continued </w:t>
      </w:r>
      <w:r>
        <w:rPr>
          <w:rFonts w:ascii="Arial" w:hAnsi="Arial"/>
        </w:rPr>
        <w:lastRenderedPageBreak/>
        <w:t>working on it, and went back to work at the Museum of Science. And eventually</w:t>
      </w:r>
      <w:r w:rsidR="007E0DAA">
        <w:rPr>
          <w:rFonts w:ascii="Arial" w:hAnsi="Arial"/>
        </w:rPr>
        <w:t>,</w:t>
      </w:r>
      <w:r>
        <w:rPr>
          <w:rFonts w:ascii="Arial" w:hAnsi="Arial"/>
        </w:rPr>
        <w:t xml:space="preserve"> the book came together. The Museum of Science published the first edition of </w:t>
      </w:r>
      <w:r w:rsidR="002A2C06" w:rsidRPr="002A2C06">
        <w:rPr>
          <w:rFonts w:ascii="Arial" w:hAnsi="Arial"/>
          <w:i/>
          <w:iCs/>
        </w:rPr>
        <w:t xml:space="preserve">Touch </w:t>
      </w:r>
      <w:proofErr w:type="gramStart"/>
      <w:r w:rsidR="002A2C06" w:rsidRPr="002A2C06">
        <w:rPr>
          <w:rFonts w:ascii="Arial" w:hAnsi="Arial"/>
          <w:i/>
          <w:iCs/>
        </w:rPr>
        <w:t>The</w:t>
      </w:r>
      <w:proofErr w:type="gramEnd"/>
      <w:r w:rsidR="002A2C06" w:rsidRPr="002A2C06">
        <w:rPr>
          <w:rFonts w:ascii="Arial" w:hAnsi="Arial"/>
          <w:i/>
          <w:iCs/>
        </w:rPr>
        <w:t xml:space="preserve"> Stars </w:t>
      </w:r>
      <w:r>
        <w:rPr>
          <w:rFonts w:ascii="Arial" w:hAnsi="Arial"/>
        </w:rPr>
        <w:t>and surprise</w:t>
      </w:r>
      <w:r w:rsidR="00943741">
        <w:rPr>
          <w:rFonts w:ascii="Arial" w:hAnsi="Arial"/>
        </w:rPr>
        <w:t>—</w:t>
      </w:r>
      <w:r>
        <w:rPr>
          <w:rFonts w:ascii="Arial" w:hAnsi="Arial"/>
        </w:rPr>
        <w:t>it sold out. What I was doing is</w:t>
      </w:r>
      <w:r w:rsidR="00FB5D50">
        <w:rPr>
          <w:rFonts w:ascii="Arial" w:hAnsi="Arial"/>
        </w:rPr>
        <w:t>,</w:t>
      </w:r>
      <w:r>
        <w:rPr>
          <w:rFonts w:ascii="Arial" w:hAnsi="Arial"/>
        </w:rPr>
        <w:t xml:space="preserve"> I was making all the tactile pictures on the apple 2e computer. I was designing them and printing them out on a Versa</w:t>
      </w:r>
      <w:r w:rsidR="008F70F2">
        <w:rPr>
          <w:rFonts w:ascii="Arial" w:hAnsi="Arial"/>
        </w:rPr>
        <w:t>P</w:t>
      </w:r>
      <w:r>
        <w:rPr>
          <w:rFonts w:ascii="Arial" w:hAnsi="Arial"/>
        </w:rPr>
        <w:t xml:space="preserve">oint embosser and then National Braille Press </w:t>
      </w:r>
      <w:r w:rsidR="008F70F2">
        <w:rPr>
          <w:rFonts w:ascii="Arial" w:hAnsi="Arial"/>
        </w:rPr>
        <w:t>c</w:t>
      </w:r>
      <w:r>
        <w:rPr>
          <w:rFonts w:ascii="Arial" w:hAnsi="Arial"/>
        </w:rPr>
        <w:t>ould only make the text with print on it. So I would have to print out all the pictures, send them over to National Braille Press</w:t>
      </w:r>
      <w:r w:rsidR="00CA15A4">
        <w:rPr>
          <w:rFonts w:ascii="Arial" w:hAnsi="Arial"/>
        </w:rPr>
        <w:t>;</w:t>
      </w:r>
      <w:r>
        <w:rPr>
          <w:rFonts w:ascii="Arial" w:hAnsi="Arial"/>
        </w:rPr>
        <w:t xml:space="preserve"> </w:t>
      </w:r>
      <w:r w:rsidR="00CA15A4">
        <w:rPr>
          <w:rFonts w:ascii="Arial" w:hAnsi="Arial"/>
        </w:rPr>
        <w:t>th</w:t>
      </w:r>
      <w:r>
        <w:rPr>
          <w:rFonts w:ascii="Arial" w:hAnsi="Arial"/>
        </w:rPr>
        <w:t xml:space="preserve">ey would collate them and put them into the book. </w:t>
      </w:r>
    </w:p>
    <w:p w14:paraId="42EC16ED" w14:textId="77777777" w:rsidR="000031EB" w:rsidRDefault="000031EB">
      <w:pPr>
        <w:spacing w:after="0"/>
        <w:rPr>
          <w:rFonts w:ascii="Arial" w:hAnsi="Arial"/>
        </w:rPr>
      </w:pPr>
    </w:p>
    <w:p w14:paraId="25BCCF5F" w14:textId="7A0EA778" w:rsidR="007331EB" w:rsidRDefault="00714885">
      <w:pPr>
        <w:spacing w:after="0"/>
        <w:rPr>
          <w:rFonts w:ascii="Arial" w:hAnsi="Arial"/>
        </w:rPr>
      </w:pPr>
      <w:r>
        <w:rPr>
          <w:rFonts w:ascii="Arial" w:hAnsi="Arial"/>
        </w:rPr>
        <w:t>The second edition came out in 1993</w:t>
      </w:r>
      <w:r w:rsidR="000031EB">
        <w:rPr>
          <w:rFonts w:ascii="Arial" w:hAnsi="Arial"/>
        </w:rPr>
        <w:t>. B</w:t>
      </w:r>
      <w:r>
        <w:rPr>
          <w:rFonts w:ascii="Arial" w:hAnsi="Arial"/>
        </w:rPr>
        <w:t xml:space="preserve">y that point, I had continued creating different pictures, as we were doing different </w:t>
      </w:r>
      <w:r w:rsidR="001431F8">
        <w:rPr>
          <w:rFonts w:ascii="Arial" w:hAnsi="Arial"/>
        </w:rPr>
        <w:t>Planetarium</w:t>
      </w:r>
      <w:r>
        <w:rPr>
          <w:rFonts w:ascii="Arial" w:hAnsi="Arial"/>
        </w:rPr>
        <w:t xml:space="preserve"> shows. I had ideas for different</w:t>
      </w:r>
      <w:r w:rsidR="00943741">
        <w:rPr>
          <w:rFonts w:ascii="Arial" w:hAnsi="Arial"/>
        </w:rPr>
        <w:t>—</w:t>
      </w:r>
      <w:r>
        <w:rPr>
          <w:rFonts w:ascii="Arial" w:hAnsi="Arial"/>
        </w:rPr>
        <w:t>different subjects. So the book got bigger. And then in 1998</w:t>
      </w:r>
      <w:r w:rsidR="0001562A">
        <w:rPr>
          <w:rFonts w:ascii="Arial" w:hAnsi="Arial"/>
        </w:rPr>
        <w:t>,</w:t>
      </w:r>
      <w:r>
        <w:rPr>
          <w:rFonts w:ascii="Arial" w:hAnsi="Arial"/>
        </w:rPr>
        <w:t xml:space="preserve"> the third edition </w:t>
      </w:r>
      <w:r w:rsidR="0001562A">
        <w:rPr>
          <w:rFonts w:ascii="Arial" w:hAnsi="Arial"/>
        </w:rPr>
        <w:t xml:space="preserve">of </w:t>
      </w:r>
      <w:r w:rsidR="00D55874" w:rsidRPr="00D55874">
        <w:rPr>
          <w:rFonts w:ascii="Arial" w:hAnsi="Arial"/>
          <w:i/>
          <w:iCs/>
        </w:rPr>
        <w:t xml:space="preserve">Touch </w:t>
      </w:r>
      <w:proofErr w:type="gramStart"/>
      <w:r w:rsidR="00D55874" w:rsidRPr="00D55874">
        <w:rPr>
          <w:rFonts w:ascii="Arial" w:hAnsi="Arial"/>
          <w:i/>
          <w:iCs/>
        </w:rPr>
        <w:t>The</w:t>
      </w:r>
      <w:proofErr w:type="gramEnd"/>
      <w:r w:rsidR="00D55874" w:rsidRPr="00D55874">
        <w:rPr>
          <w:rFonts w:ascii="Arial" w:hAnsi="Arial"/>
          <w:i/>
          <w:iCs/>
        </w:rPr>
        <w:t xml:space="preserve"> Stars </w:t>
      </w:r>
      <w:r>
        <w:rPr>
          <w:rFonts w:ascii="Arial" w:hAnsi="Arial"/>
        </w:rPr>
        <w:t xml:space="preserve">came out, which was the last time the Museum of Science published it. </w:t>
      </w:r>
    </w:p>
    <w:p w14:paraId="6F669D74" w14:textId="77777777" w:rsidR="007331EB" w:rsidRDefault="007331EB">
      <w:pPr>
        <w:spacing w:after="0"/>
        <w:rPr>
          <w:rFonts w:ascii="Arial" w:hAnsi="Arial"/>
        </w:rPr>
      </w:pPr>
    </w:p>
    <w:p w14:paraId="462F4BA0" w14:textId="6EDB7040" w:rsidR="00F80D9C" w:rsidRDefault="00714885">
      <w:pPr>
        <w:spacing w:after="0"/>
        <w:rPr>
          <w:rFonts w:ascii="Arial" w:hAnsi="Arial"/>
        </w:rPr>
      </w:pPr>
      <w:r>
        <w:rPr>
          <w:rFonts w:ascii="Arial" w:hAnsi="Arial"/>
        </w:rPr>
        <w:t>Well, when it first came out, it had 42 pages with 10 tactile images. And again, the images were done on the Versa</w:t>
      </w:r>
      <w:r w:rsidR="007331EB">
        <w:rPr>
          <w:rFonts w:ascii="Arial" w:hAnsi="Arial"/>
        </w:rPr>
        <w:t>P</w:t>
      </w:r>
      <w:r>
        <w:rPr>
          <w:rFonts w:ascii="Arial" w:hAnsi="Arial"/>
        </w:rPr>
        <w:t>oint Braille embosser, and I had designed them</w:t>
      </w:r>
      <w:r w:rsidR="002A5877">
        <w:rPr>
          <w:rFonts w:ascii="Arial" w:hAnsi="Arial"/>
        </w:rPr>
        <w:t>;</w:t>
      </w:r>
      <w:r w:rsidR="007331EB">
        <w:rPr>
          <w:rFonts w:ascii="Arial" w:hAnsi="Arial"/>
        </w:rPr>
        <w:t xml:space="preserve"> </w:t>
      </w:r>
      <w:r w:rsidR="002A5877">
        <w:rPr>
          <w:rFonts w:ascii="Arial" w:hAnsi="Arial"/>
        </w:rPr>
        <w:t>b</w:t>
      </w:r>
      <w:r>
        <w:rPr>
          <w:rFonts w:ascii="Arial" w:hAnsi="Arial"/>
        </w:rPr>
        <w:t xml:space="preserve">ut now </w:t>
      </w:r>
      <w:r w:rsidR="007331EB" w:rsidRPr="007331EB">
        <w:rPr>
          <w:rFonts w:ascii="Arial" w:hAnsi="Arial"/>
          <w:i/>
          <w:iCs/>
        </w:rPr>
        <w:t xml:space="preserve">Touch The Stars </w:t>
      </w:r>
      <w:r>
        <w:rPr>
          <w:rFonts w:ascii="Arial" w:hAnsi="Arial"/>
        </w:rPr>
        <w:t>is in its fifth edition</w:t>
      </w:r>
      <w:r w:rsidR="002A5877">
        <w:rPr>
          <w:rFonts w:ascii="Arial" w:hAnsi="Arial"/>
        </w:rPr>
        <w:t>;</w:t>
      </w:r>
      <w:r>
        <w:rPr>
          <w:rFonts w:ascii="Arial" w:hAnsi="Arial"/>
        </w:rPr>
        <w:t xml:space="preserve"> </w:t>
      </w:r>
      <w:r w:rsidR="002A5877">
        <w:rPr>
          <w:rFonts w:ascii="Arial" w:hAnsi="Arial"/>
        </w:rPr>
        <w:t>so</w:t>
      </w:r>
      <w:r>
        <w:rPr>
          <w:rFonts w:ascii="Arial" w:hAnsi="Arial"/>
        </w:rPr>
        <w:t xml:space="preserve"> went from 42 pages to 113 pages, and it includes 19 tactile images, including star patterns, moon phases, eclipses, planets, Comet, meteor shower, Nebula, star cluster, galaxies. And the pages are</w:t>
      </w:r>
      <w:r w:rsidR="00943741">
        <w:rPr>
          <w:rFonts w:ascii="Arial" w:hAnsi="Arial"/>
        </w:rPr>
        <w:t>—</w:t>
      </w:r>
      <w:r>
        <w:rPr>
          <w:rFonts w:ascii="Arial" w:hAnsi="Arial"/>
        </w:rPr>
        <w:t xml:space="preserve">the pictures are not embossed, but they are thermoformed, so it is a higher quality picture. And the book is available directly through National Braille Press. </w:t>
      </w:r>
      <w:r w:rsidR="006F23DF">
        <w:rPr>
          <w:rFonts w:ascii="Arial" w:hAnsi="Arial"/>
        </w:rPr>
        <w:t>And</w:t>
      </w:r>
      <w:r>
        <w:rPr>
          <w:rFonts w:ascii="Arial" w:hAnsi="Arial"/>
        </w:rPr>
        <w:t xml:space="preserve"> again, I think that the thermoform images really work very well with this book. In fact, this book is now in many </w:t>
      </w:r>
      <w:r w:rsidR="001431F8">
        <w:rPr>
          <w:rFonts w:ascii="Arial" w:hAnsi="Arial"/>
        </w:rPr>
        <w:t>Planetarium</w:t>
      </w:r>
      <w:r>
        <w:rPr>
          <w:rFonts w:ascii="Arial" w:hAnsi="Arial"/>
        </w:rPr>
        <w:t xml:space="preserve">s who are being proactive. </w:t>
      </w:r>
      <w:proofErr w:type="gramStart"/>
      <w:r>
        <w:rPr>
          <w:rFonts w:ascii="Arial" w:hAnsi="Arial"/>
        </w:rPr>
        <w:t>So</w:t>
      </w:r>
      <w:proofErr w:type="gramEnd"/>
      <w:r>
        <w:rPr>
          <w:rFonts w:ascii="Arial" w:hAnsi="Arial"/>
        </w:rPr>
        <w:t xml:space="preserve"> if a person who is blind comes to the </w:t>
      </w:r>
      <w:r w:rsidR="001431F8">
        <w:rPr>
          <w:rFonts w:ascii="Arial" w:hAnsi="Arial"/>
        </w:rPr>
        <w:t>Planetarium</w:t>
      </w:r>
      <w:r>
        <w:rPr>
          <w:rFonts w:ascii="Arial" w:hAnsi="Arial"/>
        </w:rPr>
        <w:t xml:space="preserve">, then the </w:t>
      </w:r>
      <w:r w:rsidR="001431F8">
        <w:rPr>
          <w:rFonts w:ascii="Arial" w:hAnsi="Arial"/>
        </w:rPr>
        <w:t>Planetarium</w:t>
      </w:r>
      <w:r>
        <w:rPr>
          <w:rFonts w:ascii="Arial" w:hAnsi="Arial"/>
        </w:rPr>
        <w:t xml:space="preserve"> person operating the program can come out and turn to the page, because the book generally has at least one image that will relate to the </w:t>
      </w:r>
      <w:r w:rsidR="001431F8">
        <w:rPr>
          <w:rFonts w:ascii="Arial" w:hAnsi="Arial"/>
        </w:rPr>
        <w:t>Planetarium</w:t>
      </w:r>
      <w:r>
        <w:rPr>
          <w:rFonts w:ascii="Arial" w:hAnsi="Arial"/>
        </w:rPr>
        <w:t xml:space="preserve"> show</w:t>
      </w:r>
      <w:r w:rsidR="00943741">
        <w:rPr>
          <w:rFonts w:ascii="Arial" w:hAnsi="Arial"/>
        </w:rPr>
        <w:t>—</w:t>
      </w:r>
      <w:r>
        <w:rPr>
          <w:rFonts w:ascii="Arial" w:hAnsi="Arial"/>
        </w:rPr>
        <w:t>maybe more</w:t>
      </w:r>
      <w:r w:rsidR="009F5357">
        <w:rPr>
          <w:rFonts w:ascii="Arial" w:hAnsi="Arial"/>
        </w:rPr>
        <w:t xml:space="preserve">. </w:t>
      </w:r>
      <w:r>
        <w:rPr>
          <w:rFonts w:ascii="Arial" w:hAnsi="Arial"/>
        </w:rPr>
        <w:t xml:space="preserve"> </w:t>
      </w:r>
      <w:r w:rsidR="009F5357" w:rsidRPr="00F33FB4">
        <w:rPr>
          <w:rFonts w:ascii="Arial" w:hAnsi="Arial"/>
          <w:i/>
          <w:iCs/>
        </w:rPr>
        <w:t>Touch The Stars</w:t>
      </w:r>
      <w:r>
        <w:rPr>
          <w:rFonts w:ascii="Arial" w:hAnsi="Arial"/>
        </w:rPr>
        <w:t xml:space="preserve"> </w:t>
      </w:r>
      <w:r w:rsidR="009F5357">
        <w:rPr>
          <w:rFonts w:ascii="Arial" w:hAnsi="Arial"/>
        </w:rPr>
        <w:t>l</w:t>
      </w:r>
      <w:r>
        <w:rPr>
          <w:rFonts w:ascii="Arial" w:hAnsi="Arial"/>
        </w:rPr>
        <w:t xml:space="preserve">ed to a series of books I worked with NASA. </w:t>
      </w:r>
    </w:p>
    <w:p w14:paraId="6BC6C3FC" w14:textId="77777777" w:rsidR="00F80D9C" w:rsidRDefault="00F80D9C">
      <w:pPr>
        <w:spacing w:after="0"/>
        <w:rPr>
          <w:rFonts w:ascii="Arial" w:hAnsi="Arial"/>
        </w:rPr>
      </w:pPr>
    </w:p>
    <w:p w14:paraId="620E54C6" w14:textId="77777777" w:rsidR="00326068" w:rsidRDefault="00F80D9C">
      <w:pPr>
        <w:spacing w:after="0"/>
        <w:rPr>
          <w:rFonts w:ascii="Arial" w:hAnsi="Arial"/>
        </w:rPr>
      </w:pPr>
      <w:r>
        <w:rPr>
          <w:rFonts w:ascii="Arial" w:hAnsi="Arial"/>
        </w:rPr>
        <w:t>I</w:t>
      </w:r>
      <w:r w:rsidR="00714885">
        <w:rPr>
          <w:rFonts w:ascii="Arial" w:hAnsi="Arial"/>
        </w:rPr>
        <w:t xml:space="preserve">n 1999 I was contacted by a professor in Chicago who said he saw </w:t>
      </w:r>
      <w:r w:rsidR="0063328E" w:rsidRPr="0063328E">
        <w:rPr>
          <w:rFonts w:ascii="Arial" w:hAnsi="Arial"/>
          <w:i/>
          <w:iCs/>
        </w:rPr>
        <w:t>Touch The Stars</w:t>
      </w:r>
      <w:r w:rsidR="00714885">
        <w:rPr>
          <w:rFonts w:ascii="Arial" w:hAnsi="Arial"/>
        </w:rPr>
        <w:t xml:space="preserve"> in </w:t>
      </w:r>
      <w:r w:rsidR="0063328E">
        <w:rPr>
          <w:rFonts w:ascii="Arial" w:hAnsi="Arial"/>
        </w:rPr>
        <w:t xml:space="preserve">a </w:t>
      </w:r>
      <w:r w:rsidR="00714885">
        <w:rPr>
          <w:rFonts w:ascii="Arial" w:hAnsi="Arial"/>
        </w:rPr>
        <w:t xml:space="preserve">Chicago bookstore, and </w:t>
      </w:r>
      <w:r w:rsidR="0063328E">
        <w:rPr>
          <w:rFonts w:ascii="Arial" w:hAnsi="Arial"/>
        </w:rPr>
        <w:t>“</w:t>
      </w:r>
      <w:r w:rsidR="00714885">
        <w:rPr>
          <w:rFonts w:ascii="Arial" w:hAnsi="Arial"/>
        </w:rPr>
        <w:t>it's too bad there wasn't something like that available for the Hubble Space Telescope.</w:t>
      </w:r>
      <w:r w:rsidR="0063328E">
        <w:rPr>
          <w:rFonts w:ascii="Arial" w:hAnsi="Arial"/>
        </w:rPr>
        <w:t>”</w:t>
      </w:r>
      <w:r w:rsidR="00714885">
        <w:rPr>
          <w:rFonts w:ascii="Arial" w:hAnsi="Arial"/>
        </w:rPr>
        <w:t xml:space="preserve"> And thus began a set of three NASA books. </w:t>
      </w:r>
    </w:p>
    <w:p w14:paraId="0B27E7FF" w14:textId="77777777" w:rsidR="00326068" w:rsidRDefault="00326068">
      <w:pPr>
        <w:spacing w:after="0"/>
        <w:rPr>
          <w:rFonts w:ascii="Arial" w:hAnsi="Arial"/>
        </w:rPr>
      </w:pPr>
    </w:p>
    <w:p w14:paraId="05E54782" w14:textId="7F7F4499" w:rsidR="00E07ADE" w:rsidRDefault="00714885">
      <w:pPr>
        <w:spacing w:after="0"/>
        <w:rPr>
          <w:rFonts w:ascii="Arial" w:hAnsi="Arial"/>
        </w:rPr>
      </w:pPr>
      <w:r>
        <w:rPr>
          <w:rFonts w:ascii="Arial" w:hAnsi="Arial"/>
        </w:rPr>
        <w:t xml:space="preserve">The first was </w:t>
      </w:r>
      <w:r w:rsidR="00326068" w:rsidRPr="00326068">
        <w:rPr>
          <w:rFonts w:ascii="Arial" w:hAnsi="Arial"/>
          <w:i/>
          <w:iCs/>
        </w:rPr>
        <w:t>Touch The Universe</w:t>
      </w:r>
      <w:r>
        <w:rPr>
          <w:rFonts w:ascii="Arial" w:hAnsi="Arial"/>
        </w:rPr>
        <w:t>, a NASA braille book of astronomy featuring images from the Hubble Space Telescope. This time, the pictures were created a bit differently. It was color pictures which were</w:t>
      </w:r>
      <w:r w:rsidR="00557211">
        <w:rPr>
          <w:rFonts w:ascii="Arial" w:hAnsi="Arial"/>
        </w:rPr>
        <w:t xml:space="preserve"> </w:t>
      </w:r>
      <w:r>
        <w:rPr>
          <w:rFonts w:ascii="Arial" w:hAnsi="Arial"/>
        </w:rPr>
        <w:t>then embossed with Braille, so</w:t>
      </w:r>
      <w:r w:rsidR="00747623">
        <w:rPr>
          <w:rFonts w:ascii="Arial" w:hAnsi="Arial"/>
        </w:rPr>
        <w:t>,</w:t>
      </w:r>
      <w:r>
        <w:rPr>
          <w:rFonts w:ascii="Arial" w:hAnsi="Arial"/>
        </w:rPr>
        <w:t xml:space="preserve"> and the pages also had print and Braille, so it was accessible to both si</w:t>
      </w:r>
      <w:r w:rsidR="00E07ADE">
        <w:rPr>
          <w:rFonts w:ascii="Arial" w:hAnsi="Arial"/>
        </w:rPr>
        <w:t>ght</w:t>
      </w:r>
      <w:r>
        <w:rPr>
          <w:rFonts w:ascii="Arial" w:hAnsi="Arial"/>
        </w:rPr>
        <w:t xml:space="preserve">ed and Braille readers together. </w:t>
      </w:r>
    </w:p>
    <w:p w14:paraId="1978BE75" w14:textId="77777777" w:rsidR="00E07ADE" w:rsidRDefault="00E07ADE">
      <w:pPr>
        <w:spacing w:after="0"/>
        <w:rPr>
          <w:rFonts w:ascii="Arial" w:hAnsi="Arial"/>
        </w:rPr>
      </w:pPr>
    </w:p>
    <w:p w14:paraId="3E85ECAC" w14:textId="77777777" w:rsidR="00531D41" w:rsidRDefault="00714885">
      <w:pPr>
        <w:spacing w:after="0"/>
        <w:rPr>
          <w:rFonts w:ascii="Arial" w:hAnsi="Arial"/>
        </w:rPr>
      </w:pPr>
      <w:r>
        <w:rPr>
          <w:rFonts w:ascii="Arial" w:hAnsi="Arial"/>
        </w:rPr>
        <w:t>And then</w:t>
      </w:r>
      <w:r w:rsidR="00E07ADE">
        <w:rPr>
          <w:rFonts w:ascii="Arial" w:hAnsi="Arial"/>
        </w:rPr>
        <w:t>,</w:t>
      </w:r>
      <w:r>
        <w:rPr>
          <w:rFonts w:ascii="Arial" w:hAnsi="Arial"/>
        </w:rPr>
        <w:t xml:space="preserve"> I was contacted by another researcher who said, </w:t>
      </w:r>
      <w:r w:rsidR="00E07ADE">
        <w:rPr>
          <w:rFonts w:ascii="Arial" w:hAnsi="Arial"/>
        </w:rPr>
        <w:t xml:space="preserve">“It’s </w:t>
      </w:r>
      <w:r>
        <w:rPr>
          <w:rFonts w:ascii="Arial" w:hAnsi="Arial"/>
        </w:rPr>
        <w:t xml:space="preserve">too bad there isn't something like that for the </w:t>
      </w:r>
      <w:r w:rsidR="00E07ADE">
        <w:rPr>
          <w:rFonts w:ascii="Arial" w:hAnsi="Arial"/>
        </w:rPr>
        <w:t xml:space="preserve">sun.” </w:t>
      </w:r>
    </w:p>
    <w:p w14:paraId="3B528FB5" w14:textId="77777777" w:rsidR="00531D41" w:rsidRDefault="00531D41">
      <w:pPr>
        <w:spacing w:after="0"/>
        <w:rPr>
          <w:rFonts w:ascii="Arial" w:hAnsi="Arial"/>
        </w:rPr>
      </w:pPr>
    </w:p>
    <w:p w14:paraId="7FE76887" w14:textId="77777777" w:rsidR="00C018EF" w:rsidRDefault="00714885">
      <w:pPr>
        <w:spacing w:after="0"/>
        <w:rPr>
          <w:rFonts w:ascii="Arial" w:hAnsi="Arial"/>
        </w:rPr>
      </w:pPr>
      <w:r>
        <w:rPr>
          <w:rFonts w:ascii="Arial" w:hAnsi="Arial"/>
        </w:rPr>
        <w:t>In 2005</w:t>
      </w:r>
      <w:r w:rsidR="00531D41">
        <w:rPr>
          <w:rFonts w:ascii="Arial" w:hAnsi="Arial"/>
        </w:rPr>
        <w:t>,</w:t>
      </w:r>
      <w:r>
        <w:rPr>
          <w:rFonts w:ascii="Arial" w:hAnsi="Arial"/>
        </w:rPr>
        <w:t xml:space="preserve"> we published </w:t>
      </w:r>
      <w:r w:rsidR="00531D41" w:rsidRPr="00531D41">
        <w:rPr>
          <w:rFonts w:ascii="Arial" w:hAnsi="Arial"/>
          <w:i/>
          <w:iCs/>
        </w:rPr>
        <w:t>T</w:t>
      </w:r>
      <w:r w:rsidRPr="00531D41">
        <w:rPr>
          <w:rFonts w:ascii="Arial" w:hAnsi="Arial"/>
          <w:i/>
          <w:iCs/>
        </w:rPr>
        <w:t xml:space="preserve">ouch </w:t>
      </w:r>
      <w:r w:rsidR="00531D41" w:rsidRPr="00531D41">
        <w:rPr>
          <w:rFonts w:ascii="Arial" w:hAnsi="Arial"/>
          <w:i/>
          <w:iCs/>
        </w:rPr>
        <w:t>T</w:t>
      </w:r>
      <w:r w:rsidRPr="00531D41">
        <w:rPr>
          <w:rFonts w:ascii="Arial" w:hAnsi="Arial"/>
          <w:i/>
          <w:iCs/>
        </w:rPr>
        <w:t xml:space="preserve">he </w:t>
      </w:r>
      <w:r w:rsidR="00531D41" w:rsidRPr="00531D41">
        <w:rPr>
          <w:rFonts w:ascii="Arial" w:hAnsi="Arial"/>
          <w:i/>
          <w:iCs/>
        </w:rPr>
        <w:t>S</w:t>
      </w:r>
      <w:r w:rsidRPr="00531D41">
        <w:rPr>
          <w:rFonts w:ascii="Arial" w:hAnsi="Arial"/>
          <w:i/>
          <w:iCs/>
        </w:rPr>
        <w:t>un</w:t>
      </w:r>
      <w:r>
        <w:rPr>
          <w:rFonts w:ascii="Arial" w:hAnsi="Arial"/>
        </w:rPr>
        <w:t>, a NASA braille book all about the sun and different effects that happen on the sun. And then we were thinking, you know, there's different parts of the electromagnetic spectrum. So, you know, people talk about vision, well, we can see visual light, which is actually the smallest part of the electromagnetic spectrum, because you've got gamma rays, X rays, ultraviolet, infrared, visible, microwave, radio. So you have all these different wavelengths, but human eyes can only see a very small part. Why not do a book featuring multi wavelength images that are not visible to any human eyes</w:t>
      </w:r>
      <w:r w:rsidR="00D722A8">
        <w:rPr>
          <w:rFonts w:ascii="Arial" w:hAnsi="Arial"/>
        </w:rPr>
        <w:t xml:space="preserve">? </w:t>
      </w:r>
      <w:r>
        <w:rPr>
          <w:rFonts w:ascii="Arial" w:hAnsi="Arial"/>
        </w:rPr>
        <w:t xml:space="preserve"> </w:t>
      </w:r>
      <w:r w:rsidR="00D722A8">
        <w:rPr>
          <w:rFonts w:ascii="Arial" w:hAnsi="Arial"/>
        </w:rPr>
        <w:t>A</w:t>
      </w:r>
      <w:r>
        <w:rPr>
          <w:rFonts w:ascii="Arial" w:hAnsi="Arial"/>
        </w:rPr>
        <w:t xml:space="preserve">nd that became </w:t>
      </w:r>
      <w:r w:rsidR="00D722A8" w:rsidRPr="00D722A8">
        <w:rPr>
          <w:rFonts w:ascii="Arial" w:hAnsi="Arial"/>
          <w:i/>
          <w:iCs/>
        </w:rPr>
        <w:t>T</w:t>
      </w:r>
      <w:r w:rsidRPr="00D722A8">
        <w:rPr>
          <w:rFonts w:ascii="Arial" w:hAnsi="Arial"/>
          <w:i/>
          <w:iCs/>
        </w:rPr>
        <w:t xml:space="preserve">ouch the </w:t>
      </w:r>
      <w:r w:rsidR="00D722A8" w:rsidRPr="00D722A8">
        <w:rPr>
          <w:rFonts w:ascii="Arial" w:hAnsi="Arial"/>
          <w:i/>
          <w:iCs/>
        </w:rPr>
        <w:t>I</w:t>
      </w:r>
      <w:r w:rsidRPr="00D722A8">
        <w:rPr>
          <w:rFonts w:ascii="Arial" w:hAnsi="Arial"/>
          <w:i/>
          <w:iCs/>
        </w:rPr>
        <w:t xml:space="preserve">nvisible </w:t>
      </w:r>
      <w:r w:rsidR="00D722A8" w:rsidRPr="00D722A8">
        <w:rPr>
          <w:rFonts w:ascii="Arial" w:hAnsi="Arial"/>
          <w:i/>
          <w:iCs/>
        </w:rPr>
        <w:t>S</w:t>
      </w:r>
      <w:r w:rsidRPr="00D722A8">
        <w:rPr>
          <w:rFonts w:ascii="Arial" w:hAnsi="Arial"/>
          <w:i/>
          <w:iCs/>
        </w:rPr>
        <w:t>ky</w:t>
      </w:r>
      <w:r>
        <w:rPr>
          <w:rFonts w:ascii="Arial" w:hAnsi="Arial"/>
        </w:rPr>
        <w:t>, a multi wavelength braille book featuring tactile NASA images.</w:t>
      </w:r>
    </w:p>
    <w:p w14:paraId="3EA31965" w14:textId="77777777" w:rsidR="00C018EF" w:rsidRDefault="00C018EF">
      <w:pPr>
        <w:spacing w:after="0"/>
        <w:rPr>
          <w:rFonts w:ascii="Arial" w:hAnsi="Arial"/>
        </w:rPr>
      </w:pPr>
    </w:p>
    <w:p w14:paraId="4AB1B00A" w14:textId="35E0620B" w:rsidR="00422ADF" w:rsidRDefault="00714885">
      <w:pPr>
        <w:spacing w:after="0"/>
        <w:rPr>
          <w:rFonts w:ascii="Arial" w:hAnsi="Arial"/>
        </w:rPr>
      </w:pPr>
      <w:proofErr w:type="gramStart"/>
      <w:r>
        <w:rPr>
          <w:rFonts w:ascii="Arial" w:hAnsi="Arial"/>
        </w:rPr>
        <w:t>So</w:t>
      </w:r>
      <w:proofErr w:type="gramEnd"/>
      <w:r>
        <w:rPr>
          <w:rFonts w:ascii="Arial" w:hAnsi="Arial"/>
        </w:rPr>
        <w:t xml:space="preserve"> these books, and another book I wrote called </w:t>
      </w:r>
      <w:r w:rsidRPr="00420455">
        <w:rPr>
          <w:rFonts w:ascii="Arial" w:hAnsi="Arial"/>
          <w:i/>
          <w:iCs/>
        </w:rPr>
        <w:t xml:space="preserve">The </w:t>
      </w:r>
      <w:r w:rsidR="005402A5" w:rsidRPr="00420455">
        <w:rPr>
          <w:rFonts w:ascii="Arial" w:hAnsi="Arial"/>
          <w:i/>
          <w:iCs/>
        </w:rPr>
        <w:t>L</w:t>
      </w:r>
      <w:r w:rsidRPr="00420455">
        <w:rPr>
          <w:rFonts w:ascii="Arial" w:hAnsi="Arial"/>
          <w:i/>
          <w:iCs/>
        </w:rPr>
        <w:t xml:space="preserve">ittle </w:t>
      </w:r>
      <w:r w:rsidR="005402A5" w:rsidRPr="00420455">
        <w:rPr>
          <w:rFonts w:ascii="Arial" w:hAnsi="Arial"/>
          <w:i/>
          <w:iCs/>
        </w:rPr>
        <w:t>M</w:t>
      </w:r>
      <w:r w:rsidRPr="00420455">
        <w:rPr>
          <w:rFonts w:ascii="Arial" w:hAnsi="Arial"/>
          <w:i/>
          <w:iCs/>
        </w:rPr>
        <w:t xml:space="preserve">oon </w:t>
      </w:r>
      <w:r w:rsidR="00420455" w:rsidRPr="00420455">
        <w:rPr>
          <w:rFonts w:ascii="Arial" w:hAnsi="Arial"/>
          <w:i/>
          <w:iCs/>
        </w:rPr>
        <w:t>P</w:t>
      </w:r>
      <w:r w:rsidRPr="00420455">
        <w:rPr>
          <w:rFonts w:ascii="Arial" w:hAnsi="Arial"/>
          <w:i/>
          <w:iCs/>
        </w:rPr>
        <w:t xml:space="preserve">hase </w:t>
      </w:r>
      <w:r w:rsidR="00420455" w:rsidRPr="00420455">
        <w:rPr>
          <w:rFonts w:ascii="Arial" w:hAnsi="Arial"/>
          <w:i/>
          <w:iCs/>
        </w:rPr>
        <w:t>B</w:t>
      </w:r>
      <w:r w:rsidRPr="00420455">
        <w:rPr>
          <w:rFonts w:ascii="Arial" w:hAnsi="Arial"/>
          <w:i/>
          <w:iCs/>
        </w:rPr>
        <w:t>ook</w:t>
      </w:r>
      <w:r w:rsidR="00943741">
        <w:rPr>
          <w:rFonts w:ascii="Arial" w:hAnsi="Arial"/>
          <w:i/>
          <w:iCs/>
        </w:rPr>
        <w:t>—</w:t>
      </w:r>
      <w:r>
        <w:rPr>
          <w:rFonts w:ascii="Arial" w:hAnsi="Arial"/>
        </w:rPr>
        <w:t xml:space="preserve">they all use different ways to make tactile images. So where </w:t>
      </w:r>
      <w:r w:rsidR="00420455" w:rsidRPr="0002167C">
        <w:rPr>
          <w:rFonts w:ascii="Arial" w:hAnsi="Arial"/>
          <w:i/>
          <w:iCs/>
        </w:rPr>
        <w:t>T</w:t>
      </w:r>
      <w:r w:rsidRPr="0002167C">
        <w:rPr>
          <w:rFonts w:ascii="Arial" w:hAnsi="Arial"/>
          <w:i/>
          <w:iCs/>
        </w:rPr>
        <w:t xml:space="preserve">ouch </w:t>
      </w:r>
      <w:r w:rsidR="00420455" w:rsidRPr="0002167C">
        <w:rPr>
          <w:rFonts w:ascii="Arial" w:hAnsi="Arial"/>
          <w:i/>
          <w:iCs/>
        </w:rPr>
        <w:t>T</w:t>
      </w:r>
      <w:r w:rsidRPr="0002167C">
        <w:rPr>
          <w:rFonts w:ascii="Arial" w:hAnsi="Arial"/>
          <w:i/>
          <w:iCs/>
        </w:rPr>
        <w:t xml:space="preserve">he </w:t>
      </w:r>
      <w:r w:rsidR="00420455" w:rsidRPr="0002167C">
        <w:rPr>
          <w:rFonts w:ascii="Arial" w:hAnsi="Arial"/>
          <w:i/>
          <w:iCs/>
        </w:rPr>
        <w:t>S</w:t>
      </w:r>
      <w:r w:rsidRPr="0002167C">
        <w:rPr>
          <w:rFonts w:ascii="Arial" w:hAnsi="Arial"/>
          <w:i/>
          <w:iCs/>
        </w:rPr>
        <w:t xml:space="preserve">tars </w:t>
      </w:r>
      <w:r>
        <w:rPr>
          <w:rFonts w:ascii="Arial" w:hAnsi="Arial"/>
        </w:rPr>
        <w:t>was a thermoform version</w:t>
      </w:r>
      <w:r w:rsidR="0002167C">
        <w:rPr>
          <w:rFonts w:ascii="Arial" w:hAnsi="Arial"/>
        </w:rPr>
        <w:t>,</w:t>
      </w:r>
      <w:r>
        <w:rPr>
          <w:rFonts w:ascii="Arial" w:hAnsi="Arial"/>
        </w:rPr>
        <w:t xml:space="preserve"> </w:t>
      </w:r>
      <w:r w:rsidR="0002167C">
        <w:rPr>
          <w:rFonts w:ascii="Arial" w:hAnsi="Arial"/>
        </w:rPr>
        <w:t>T</w:t>
      </w:r>
      <w:r>
        <w:rPr>
          <w:rFonts w:ascii="Arial" w:hAnsi="Arial"/>
        </w:rPr>
        <w:t xml:space="preserve">ouch </w:t>
      </w:r>
      <w:r w:rsidR="0002167C">
        <w:rPr>
          <w:rFonts w:ascii="Arial" w:hAnsi="Arial"/>
        </w:rPr>
        <w:t>T</w:t>
      </w:r>
      <w:r>
        <w:rPr>
          <w:rFonts w:ascii="Arial" w:hAnsi="Arial"/>
        </w:rPr>
        <w:t xml:space="preserve">he </w:t>
      </w:r>
      <w:r w:rsidR="0002167C" w:rsidRPr="0002167C">
        <w:rPr>
          <w:rFonts w:ascii="Arial" w:hAnsi="Arial"/>
          <w:i/>
          <w:iCs/>
        </w:rPr>
        <w:t>U</w:t>
      </w:r>
      <w:r w:rsidRPr="0002167C">
        <w:rPr>
          <w:rFonts w:ascii="Arial" w:hAnsi="Arial"/>
          <w:i/>
          <w:iCs/>
        </w:rPr>
        <w:t>niverse</w:t>
      </w:r>
      <w:r>
        <w:rPr>
          <w:rFonts w:ascii="Arial" w:hAnsi="Arial"/>
        </w:rPr>
        <w:t xml:space="preserve"> was paper that was embossed, kind of like a greeting card. And </w:t>
      </w:r>
      <w:r w:rsidR="0002167C" w:rsidRPr="0002167C">
        <w:rPr>
          <w:rFonts w:ascii="Arial" w:hAnsi="Arial"/>
          <w:i/>
          <w:iCs/>
        </w:rPr>
        <w:t>T</w:t>
      </w:r>
      <w:r w:rsidRPr="0002167C">
        <w:rPr>
          <w:rFonts w:ascii="Arial" w:hAnsi="Arial"/>
          <w:i/>
          <w:iCs/>
        </w:rPr>
        <w:t xml:space="preserve">ouch </w:t>
      </w:r>
      <w:r w:rsidR="0002167C" w:rsidRPr="0002167C">
        <w:rPr>
          <w:rFonts w:ascii="Arial" w:hAnsi="Arial"/>
          <w:i/>
          <w:iCs/>
        </w:rPr>
        <w:t>T</w:t>
      </w:r>
      <w:r w:rsidRPr="0002167C">
        <w:rPr>
          <w:rFonts w:ascii="Arial" w:hAnsi="Arial"/>
          <w:i/>
          <w:iCs/>
        </w:rPr>
        <w:t xml:space="preserve">he </w:t>
      </w:r>
      <w:r w:rsidR="0002167C" w:rsidRPr="0002167C">
        <w:rPr>
          <w:rFonts w:ascii="Arial" w:hAnsi="Arial"/>
          <w:i/>
          <w:iCs/>
        </w:rPr>
        <w:t>S</w:t>
      </w:r>
      <w:r w:rsidRPr="0002167C">
        <w:rPr>
          <w:rFonts w:ascii="Arial" w:hAnsi="Arial"/>
          <w:i/>
          <w:iCs/>
        </w:rPr>
        <w:t>un</w:t>
      </w:r>
      <w:r>
        <w:rPr>
          <w:rFonts w:ascii="Arial" w:hAnsi="Arial"/>
        </w:rPr>
        <w:t xml:space="preserve"> was colorful, thermoform images, </w:t>
      </w:r>
      <w:r w:rsidR="00541399" w:rsidRPr="00541399">
        <w:rPr>
          <w:rFonts w:ascii="Arial" w:hAnsi="Arial"/>
          <w:i/>
          <w:iCs/>
        </w:rPr>
        <w:t>T</w:t>
      </w:r>
      <w:r w:rsidRPr="00541399">
        <w:rPr>
          <w:rFonts w:ascii="Arial" w:hAnsi="Arial"/>
          <w:i/>
          <w:iCs/>
        </w:rPr>
        <w:t xml:space="preserve">he </w:t>
      </w:r>
      <w:r w:rsidR="00541399" w:rsidRPr="00541399">
        <w:rPr>
          <w:rFonts w:ascii="Arial" w:hAnsi="Arial"/>
          <w:i/>
          <w:iCs/>
        </w:rPr>
        <w:t>L</w:t>
      </w:r>
      <w:r w:rsidRPr="00541399">
        <w:rPr>
          <w:rFonts w:ascii="Arial" w:hAnsi="Arial"/>
          <w:i/>
          <w:iCs/>
        </w:rPr>
        <w:t xml:space="preserve">ittle </w:t>
      </w:r>
      <w:r w:rsidR="00541399" w:rsidRPr="00541399">
        <w:rPr>
          <w:rFonts w:ascii="Arial" w:hAnsi="Arial"/>
          <w:i/>
          <w:iCs/>
        </w:rPr>
        <w:t>M</w:t>
      </w:r>
      <w:r w:rsidRPr="00541399">
        <w:rPr>
          <w:rFonts w:ascii="Arial" w:hAnsi="Arial"/>
          <w:i/>
          <w:iCs/>
        </w:rPr>
        <w:t xml:space="preserve">oon </w:t>
      </w:r>
      <w:r w:rsidR="00541399" w:rsidRPr="00541399">
        <w:rPr>
          <w:rFonts w:ascii="Arial" w:hAnsi="Arial"/>
          <w:i/>
          <w:iCs/>
        </w:rPr>
        <w:t>P</w:t>
      </w:r>
      <w:r w:rsidRPr="00541399">
        <w:rPr>
          <w:rFonts w:ascii="Arial" w:hAnsi="Arial"/>
          <w:i/>
          <w:iCs/>
        </w:rPr>
        <w:t xml:space="preserve">hase </w:t>
      </w:r>
      <w:r w:rsidR="00541399" w:rsidRPr="00541399">
        <w:rPr>
          <w:rFonts w:ascii="Arial" w:hAnsi="Arial"/>
          <w:i/>
          <w:iCs/>
        </w:rPr>
        <w:t>B</w:t>
      </w:r>
      <w:r w:rsidRPr="00541399">
        <w:rPr>
          <w:rFonts w:ascii="Arial" w:hAnsi="Arial"/>
          <w:i/>
          <w:iCs/>
        </w:rPr>
        <w:t>ook</w:t>
      </w:r>
      <w:r>
        <w:rPr>
          <w:rFonts w:ascii="Arial" w:hAnsi="Arial"/>
        </w:rPr>
        <w:t xml:space="preserve"> and </w:t>
      </w:r>
      <w:r w:rsidR="00541399" w:rsidRPr="00541399">
        <w:rPr>
          <w:rFonts w:ascii="Arial" w:hAnsi="Arial"/>
          <w:i/>
          <w:iCs/>
        </w:rPr>
        <w:t>T</w:t>
      </w:r>
      <w:r w:rsidRPr="00541399">
        <w:rPr>
          <w:rFonts w:ascii="Arial" w:hAnsi="Arial"/>
          <w:i/>
          <w:iCs/>
        </w:rPr>
        <w:t xml:space="preserve">ouch </w:t>
      </w:r>
      <w:r w:rsidR="00541399" w:rsidRPr="00541399">
        <w:rPr>
          <w:rFonts w:ascii="Arial" w:hAnsi="Arial"/>
          <w:i/>
          <w:iCs/>
        </w:rPr>
        <w:t>T</w:t>
      </w:r>
      <w:r w:rsidRPr="00541399">
        <w:rPr>
          <w:rFonts w:ascii="Arial" w:hAnsi="Arial"/>
          <w:i/>
          <w:iCs/>
        </w:rPr>
        <w:t xml:space="preserve">he </w:t>
      </w:r>
      <w:r w:rsidR="00541399" w:rsidRPr="00541399">
        <w:rPr>
          <w:rFonts w:ascii="Arial" w:hAnsi="Arial"/>
          <w:i/>
          <w:iCs/>
        </w:rPr>
        <w:t>I</w:t>
      </w:r>
      <w:r w:rsidRPr="00541399">
        <w:rPr>
          <w:rFonts w:ascii="Arial" w:hAnsi="Arial"/>
          <w:i/>
          <w:iCs/>
        </w:rPr>
        <w:t xml:space="preserve">nvisible </w:t>
      </w:r>
      <w:r w:rsidR="00541399" w:rsidRPr="00541399">
        <w:rPr>
          <w:rFonts w:ascii="Arial" w:hAnsi="Arial"/>
          <w:i/>
          <w:iCs/>
        </w:rPr>
        <w:t>S</w:t>
      </w:r>
      <w:r w:rsidRPr="00541399">
        <w:rPr>
          <w:rFonts w:ascii="Arial" w:hAnsi="Arial"/>
          <w:i/>
          <w:iCs/>
        </w:rPr>
        <w:t>ky</w:t>
      </w:r>
      <w:r>
        <w:rPr>
          <w:rFonts w:ascii="Arial" w:hAnsi="Arial"/>
        </w:rPr>
        <w:t xml:space="preserve"> was color with a transparent appliqu</w:t>
      </w:r>
      <w:r w:rsidR="002370D9" w:rsidRPr="002370D9">
        <w:rPr>
          <w:rFonts w:ascii="Arial" w:hAnsi="Arial"/>
          <w:lang w:val="en-CA"/>
        </w:rPr>
        <w:t>é</w:t>
      </w:r>
      <w:r>
        <w:rPr>
          <w:rFonts w:ascii="Arial" w:hAnsi="Arial"/>
        </w:rPr>
        <w:t xml:space="preserve"> that was accessible to the touch and that was produced by a company that's no longer in business, unfortunately, </w:t>
      </w:r>
      <w:r w:rsidR="00422ADF">
        <w:rPr>
          <w:rFonts w:ascii="Arial" w:hAnsi="Arial"/>
        </w:rPr>
        <w:t>O</w:t>
      </w:r>
      <w:r>
        <w:rPr>
          <w:rFonts w:ascii="Arial" w:hAnsi="Arial"/>
        </w:rPr>
        <w:t xml:space="preserve">zone </w:t>
      </w:r>
      <w:r w:rsidR="00422ADF">
        <w:rPr>
          <w:rFonts w:ascii="Arial" w:hAnsi="Arial"/>
        </w:rPr>
        <w:t>P</w:t>
      </w:r>
      <w:r>
        <w:rPr>
          <w:rFonts w:ascii="Arial" w:hAnsi="Arial"/>
        </w:rPr>
        <w:t xml:space="preserve">ublishing and Puerto Rico. But each version had their own advantages, and so I really wanted to try some very different things to see how we could reach more people and how we could remove barriers so that sighted and blind people could read together. </w:t>
      </w:r>
    </w:p>
    <w:p w14:paraId="3593F1E8" w14:textId="77777777" w:rsidR="00422ADF" w:rsidRDefault="00422ADF">
      <w:pPr>
        <w:spacing w:after="0"/>
        <w:rPr>
          <w:rFonts w:ascii="Arial" w:hAnsi="Arial"/>
        </w:rPr>
      </w:pPr>
    </w:p>
    <w:p w14:paraId="42DAAB38" w14:textId="278BED56" w:rsidR="008A7BDA" w:rsidRDefault="00714885">
      <w:pPr>
        <w:spacing w:after="0"/>
        <w:rPr>
          <w:rFonts w:ascii="Arial" w:hAnsi="Arial"/>
        </w:rPr>
      </w:pPr>
      <w:r>
        <w:rPr>
          <w:rFonts w:ascii="Arial" w:hAnsi="Arial"/>
        </w:rPr>
        <w:t>Over the years</w:t>
      </w:r>
      <w:r w:rsidR="00943741">
        <w:rPr>
          <w:rFonts w:ascii="Arial" w:hAnsi="Arial"/>
        </w:rPr>
        <w:t>—</w:t>
      </w:r>
      <w:r>
        <w:rPr>
          <w:rFonts w:ascii="Arial" w:hAnsi="Arial"/>
        </w:rPr>
        <w:t>I worked 26 years at the Boston Museum of Science, and over the years, people would call me and say</w:t>
      </w:r>
      <w:r w:rsidR="00943741">
        <w:rPr>
          <w:rFonts w:ascii="Arial" w:hAnsi="Arial"/>
        </w:rPr>
        <w:t>—</w:t>
      </w:r>
      <w:r>
        <w:rPr>
          <w:rFonts w:ascii="Arial" w:hAnsi="Arial"/>
        </w:rPr>
        <w:t xml:space="preserve">they might say, </w:t>
      </w:r>
      <w:r w:rsidR="004528F4">
        <w:rPr>
          <w:rFonts w:ascii="Arial" w:hAnsi="Arial"/>
        </w:rPr>
        <w:t xml:space="preserve">“I’m </w:t>
      </w:r>
      <w:r>
        <w:rPr>
          <w:rFonts w:ascii="Arial" w:hAnsi="Arial"/>
        </w:rPr>
        <w:t xml:space="preserve">a teacher and I have a blind </w:t>
      </w:r>
      <w:proofErr w:type="gramStart"/>
      <w:r>
        <w:rPr>
          <w:rFonts w:ascii="Arial" w:hAnsi="Arial"/>
        </w:rPr>
        <w:t>student</w:t>
      </w:r>
      <w:proofErr w:type="gramEnd"/>
      <w:r>
        <w:rPr>
          <w:rFonts w:ascii="Arial" w:hAnsi="Arial"/>
        </w:rPr>
        <w:t xml:space="preserve"> and I don't know how to teach astronomy to that </w:t>
      </w:r>
      <w:r w:rsidR="004528F4">
        <w:rPr>
          <w:rFonts w:ascii="Arial" w:hAnsi="Arial"/>
        </w:rPr>
        <w:t xml:space="preserve">person. </w:t>
      </w:r>
      <w:r>
        <w:rPr>
          <w:rFonts w:ascii="Arial" w:hAnsi="Arial"/>
        </w:rPr>
        <w:t>What do I do?</w:t>
      </w:r>
      <w:r w:rsidR="004528F4">
        <w:rPr>
          <w:rFonts w:ascii="Arial" w:hAnsi="Arial"/>
        </w:rPr>
        <w:t>”</w:t>
      </w:r>
      <w:r>
        <w:rPr>
          <w:rFonts w:ascii="Arial" w:hAnsi="Arial"/>
        </w:rPr>
        <w:t xml:space="preserve"> Or </w:t>
      </w:r>
      <w:r w:rsidR="00665E6F">
        <w:rPr>
          <w:rFonts w:ascii="Arial" w:hAnsi="Arial"/>
        </w:rPr>
        <w:t xml:space="preserve">in </w:t>
      </w:r>
      <w:r>
        <w:rPr>
          <w:rFonts w:ascii="Arial" w:hAnsi="Arial"/>
        </w:rPr>
        <w:t xml:space="preserve">the other direction, I might get a call from somebody who was blind or have a different disability, and they'd say, </w:t>
      </w:r>
      <w:r w:rsidR="00223716">
        <w:rPr>
          <w:rFonts w:ascii="Arial" w:hAnsi="Arial"/>
        </w:rPr>
        <w:t xml:space="preserve">“I </w:t>
      </w:r>
      <w:r>
        <w:rPr>
          <w:rFonts w:ascii="Arial" w:hAnsi="Arial"/>
        </w:rPr>
        <w:t xml:space="preserve">would like to learn about astronomy, but I don't know where I can </w:t>
      </w:r>
      <w:r w:rsidR="00223716">
        <w:rPr>
          <w:rFonts w:ascii="Arial" w:hAnsi="Arial"/>
        </w:rPr>
        <w:t xml:space="preserve">go.” </w:t>
      </w:r>
      <w:r>
        <w:rPr>
          <w:rFonts w:ascii="Arial" w:hAnsi="Arial"/>
        </w:rPr>
        <w:t xml:space="preserve"> </w:t>
      </w:r>
    </w:p>
    <w:p w14:paraId="1D9AF27B" w14:textId="77777777" w:rsidR="008A7BDA" w:rsidRDefault="008A7BDA">
      <w:pPr>
        <w:spacing w:after="0"/>
        <w:rPr>
          <w:rFonts w:ascii="Arial" w:hAnsi="Arial"/>
        </w:rPr>
      </w:pPr>
    </w:p>
    <w:p w14:paraId="034C4FC2" w14:textId="164787A2" w:rsidR="00820C9E" w:rsidRDefault="008A7BDA" w:rsidP="00E2432E">
      <w:pPr>
        <w:spacing w:after="0" w:line="240" w:lineRule="auto"/>
        <w:rPr>
          <w:rFonts w:ascii="Arial" w:hAnsi="Arial"/>
        </w:rPr>
      </w:pPr>
      <w:r>
        <w:rPr>
          <w:rFonts w:ascii="Arial" w:hAnsi="Arial"/>
        </w:rPr>
        <w:t>A</w:t>
      </w:r>
      <w:r w:rsidR="00714885">
        <w:rPr>
          <w:rFonts w:ascii="Arial" w:hAnsi="Arial"/>
        </w:rPr>
        <w:t>nd so I combine</w:t>
      </w:r>
      <w:r>
        <w:rPr>
          <w:rFonts w:ascii="Arial" w:hAnsi="Arial"/>
        </w:rPr>
        <w:t>d</w:t>
      </w:r>
      <w:r w:rsidR="00714885">
        <w:rPr>
          <w:rFonts w:ascii="Arial" w:hAnsi="Arial"/>
        </w:rPr>
        <w:t xml:space="preserve"> those two into a book called </w:t>
      </w:r>
      <w:r w:rsidRPr="008A7BDA">
        <w:rPr>
          <w:rFonts w:ascii="Arial" w:hAnsi="Arial"/>
          <w:i/>
          <w:iCs/>
        </w:rPr>
        <w:t>E</w:t>
      </w:r>
      <w:r w:rsidR="00714885" w:rsidRPr="008A7BDA">
        <w:rPr>
          <w:rFonts w:ascii="Arial" w:hAnsi="Arial"/>
          <w:i/>
          <w:iCs/>
        </w:rPr>
        <w:t xml:space="preserve">veryone's </w:t>
      </w:r>
      <w:r w:rsidRPr="008A7BDA">
        <w:rPr>
          <w:rFonts w:ascii="Arial" w:hAnsi="Arial"/>
          <w:i/>
          <w:iCs/>
        </w:rPr>
        <w:t>U</w:t>
      </w:r>
      <w:r w:rsidR="00714885" w:rsidRPr="008A7BDA">
        <w:rPr>
          <w:rFonts w:ascii="Arial" w:hAnsi="Arial"/>
          <w:i/>
          <w:iCs/>
        </w:rPr>
        <w:t>niverse</w:t>
      </w:r>
      <w:r w:rsidR="00714885">
        <w:rPr>
          <w:rFonts w:ascii="Arial" w:hAnsi="Arial"/>
        </w:rPr>
        <w:t xml:space="preserve">, where the first part of the book is kind of case studies of different ways that astronomy has been made more accessible through mobility access, low vision and tactile access, specialized environments for people with neurological disorders such as autism, use of Assistive Technology for non verbal communication and non hearing access for people who are deaf or hearing impaired. And then the other part of the book is </w:t>
      </w:r>
      <w:r w:rsidR="00157667">
        <w:rPr>
          <w:rFonts w:ascii="Arial" w:hAnsi="Arial"/>
        </w:rPr>
        <w:t>a t</w:t>
      </w:r>
      <w:r w:rsidR="00714885">
        <w:rPr>
          <w:rFonts w:ascii="Arial" w:hAnsi="Arial"/>
        </w:rPr>
        <w:t xml:space="preserve">ravel </w:t>
      </w:r>
      <w:r w:rsidR="003541F7">
        <w:rPr>
          <w:rFonts w:ascii="Arial" w:hAnsi="Arial"/>
        </w:rPr>
        <w:t>g</w:t>
      </w:r>
      <w:r w:rsidR="00714885">
        <w:rPr>
          <w:rFonts w:ascii="Arial" w:hAnsi="Arial"/>
        </w:rPr>
        <w:t xml:space="preserve">uide which specifically lists different astronomy places like </w:t>
      </w:r>
      <w:r w:rsidR="001431F8">
        <w:rPr>
          <w:rFonts w:ascii="Arial" w:hAnsi="Arial"/>
        </w:rPr>
        <w:t>Planetarium</w:t>
      </w:r>
      <w:r w:rsidR="00714885">
        <w:rPr>
          <w:rFonts w:ascii="Arial" w:hAnsi="Arial"/>
        </w:rPr>
        <w:t xml:space="preserve">s and </w:t>
      </w:r>
      <w:r w:rsidR="00747623">
        <w:rPr>
          <w:rFonts w:ascii="Arial" w:hAnsi="Arial"/>
        </w:rPr>
        <w:t>O</w:t>
      </w:r>
      <w:r w:rsidR="00714885">
        <w:rPr>
          <w:rFonts w:ascii="Arial" w:hAnsi="Arial"/>
        </w:rPr>
        <w:t xml:space="preserve">bservatories, and what makes that place accessible. So putting that together, up to this point, I've had </w:t>
      </w:r>
      <w:r w:rsidR="003541F7" w:rsidRPr="003541F7">
        <w:rPr>
          <w:rFonts w:ascii="Arial" w:hAnsi="Arial"/>
          <w:i/>
          <w:iCs/>
        </w:rPr>
        <w:t>Touch The Stars</w:t>
      </w:r>
      <w:r w:rsidR="00714885">
        <w:rPr>
          <w:rFonts w:ascii="Arial" w:hAnsi="Arial"/>
        </w:rPr>
        <w:t xml:space="preserve">, </w:t>
      </w:r>
      <w:r w:rsidR="003541F7" w:rsidRPr="003541F7">
        <w:rPr>
          <w:rFonts w:ascii="Arial" w:hAnsi="Arial"/>
          <w:i/>
          <w:iCs/>
        </w:rPr>
        <w:t>Touch The Universe</w:t>
      </w:r>
      <w:r w:rsidR="00820C9E">
        <w:rPr>
          <w:rFonts w:ascii="Arial" w:hAnsi="Arial"/>
        </w:rPr>
        <w:t>,</w:t>
      </w:r>
      <w:r w:rsidR="00714885">
        <w:rPr>
          <w:rFonts w:ascii="Arial" w:hAnsi="Arial"/>
        </w:rPr>
        <w:t xml:space="preserve"> </w:t>
      </w:r>
      <w:r w:rsidR="00E2432E" w:rsidRPr="00E2432E">
        <w:rPr>
          <w:rFonts w:ascii="Arial" w:hAnsi="Arial"/>
          <w:i/>
          <w:iCs/>
        </w:rPr>
        <w:t>Touch The Sun</w:t>
      </w:r>
      <w:r w:rsidR="00714885">
        <w:rPr>
          <w:rFonts w:ascii="Arial" w:hAnsi="Arial"/>
        </w:rPr>
        <w:t xml:space="preserve">, </w:t>
      </w:r>
      <w:r w:rsidR="00E2432E" w:rsidRPr="00E2432E">
        <w:rPr>
          <w:rFonts w:ascii="Arial" w:hAnsi="Arial"/>
          <w:i/>
          <w:iCs/>
        </w:rPr>
        <w:t xml:space="preserve">The Little Moon Phase </w:t>
      </w:r>
      <w:r w:rsidR="00E2432E">
        <w:rPr>
          <w:rFonts w:ascii="Arial" w:hAnsi="Arial"/>
          <w:i/>
          <w:iCs/>
        </w:rPr>
        <w:t xml:space="preserve">Book, </w:t>
      </w:r>
      <w:r w:rsidR="00820C9E" w:rsidRPr="00820C9E">
        <w:rPr>
          <w:rFonts w:ascii="Arial" w:hAnsi="Arial"/>
          <w:i/>
          <w:iCs/>
        </w:rPr>
        <w:t>Touch The Invisible Sky</w:t>
      </w:r>
      <w:r w:rsidR="00820C9E">
        <w:rPr>
          <w:rFonts w:ascii="Arial" w:hAnsi="Arial"/>
        </w:rPr>
        <w:t xml:space="preserve"> </w:t>
      </w:r>
      <w:r w:rsidR="00714885">
        <w:rPr>
          <w:rFonts w:ascii="Arial" w:hAnsi="Arial"/>
        </w:rPr>
        <w:t xml:space="preserve">and </w:t>
      </w:r>
      <w:r w:rsidR="00820C9E" w:rsidRPr="00820C9E">
        <w:rPr>
          <w:rFonts w:ascii="Arial" w:hAnsi="Arial"/>
          <w:i/>
          <w:iCs/>
        </w:rPr>
        <w:t>Everyone's Universe</w:t>
      </w:r>
      <w:r w:rsidR="00714885">
        <w:rPr>
          <w:rFonts w:ascii="Arial" w:hAnsi="Arial"/>
        </w:rPr>
        <w:t xml:space="preserve">. So </w:t>
      </w:r>
      <w:r w:rsidR="00820C9E" w:rsidRPr="00820C9E">
        <w:rPr>
          <w:rFonts w:ascii="Arial" w:hAnsi="Arial"/>
          <w:i/>
          <w:iCs/>
        </w:rPr>
        <w:t>Everyone's Universe</w:t>
      </w:r>
      <w:r w:rsidR="00820C9E">
        <w:rPr>
          <w:rFonts w:ascii="Arial" w:hAnsi="Arial"/>
        </w:rPr>
        <w:t xml:space="preserve"> </w:t>
      </w:r>
      <w:r w:rsidR="00714885">
        <w:rPr>
          <w:rFonts w:ascii="Arial" w:hAnsi="Arial"/>
        </w:rPr>
        <w:t xml:space="preserve">is the only book that is printed with no tactile images. </w:t>
      </w:r>
    </w:p>
    <w:p w14:paraId="09ED44EC" w14:textId="77777777" w:rsidR="00820C9E" w:rsidRDefault="00820C9E" w:rsidP="00E2432E">
      <w:pPr>
        <w:spacing w:after="0" w:line="240" w:lineRule="auto"/>
        <w:rPr>
          <w:rFonts w:ascii="Arial" w:hAnsi="Arial"/>
        </w:rPr>
      </w:pPr>
    </w:p>
    <w:p w14:paraId="2FD7C775" w14:textId="6DD8B427" w:rsidR="008F1B46" w:rsidRDefault="00714885" w:rsidP="00E2432E">
      <w:pPr>
        <w:spacing w:after="0" w:line="240" w:lineRule="auto"/>
        <w:rPr>
          <w:rFonts w:ascii="Arial" w:hAnsi="Arial"/>
        </w:rPr>
      </w:pPr>
      <w:r>
        <w:rPr>
          <w:rFonts w:ascii="Arial" w:hAnsi="Arial"/>
        </w:rPr>
        <w:t xml:space="preserve">Now I've been working the past few years on a different kind of project. Again, I like to try different things. </w:t>
      </w:r>
      <w:proofErr w:type="gramStart"/>
      <w:r>
        <w:rPr>
          <w:rFonts w:ascii="Arial" w:hAnsi="Arial"/>
        </w:rPr>
        <w:t>So</w:t>
      </w:r>
      <w:proofErr w:type="gramEnd"/>
      <w:r>
        <w:rPr>
          <w:rFonts w:ascii="Arial" w:hAnsi="Arial"/>
        </w:rPr>
        <w:t xml:space="preserve"> this is a digital book and how this works</w:t>
      </w:r>
      <w:r w:rsidR="00943741">
        <w:rPr>
          <w:rFonts w:ascii="Arial" w:hAnsi="Arial"/>
        </w:rPr>
        <w:t>—</w:t>
      </w:r>
      <w:r w:rsidR="00C830FE">
        <w:rPr>
          <w:rFonts w:ascii="Arial" w:hAnsi="Arial"/>
        </w:rPr>
        <w:t>t</w:t>
      </w:r>
      <w:r>
        <w:rPr>
          <w:rFonts w:ascii="Arial" w:hAnsi="Arial"/>
        </w:rPr>
        <w:t xml:space="preserve">his is called </w:t>
      </w:r>
      <w:r w:rsidR="00C830FE" w:rsidRPr="00C830FE">
        <w:rPr>
          <w:rFonts w:ascii="Arial" w:hAnsi="Arial"/>
          <w:i/>
          <w:iCs/>
        </w:rPr>
        <w:t xml:space="preserve">Touch </w:t>
      </w:r>
      <w:proofErr w:type="gramStart"/>
      <w:r w:rsidR="00C830FE" w:rsidRPr="00C830FE">
        <w:rPr>
          <w:rFonts w:ascii="Arial" w:hAnsi="Arial"/>
          <w:i/>
          <w:iCs/>
        </w:rPr>
        <w:t>The</w:t>
      </w:r>
      <w:proofErr w:type="gramEnd"/>
      <w:r w:rsidR="00C830FE" w:rsidRPr="00C830FE">
        <w:rPr>
          <w:rFonts w:ascii="Arial" w:hAnsi="Arial"/>
          <w:i/>
          <w:iCs/>
        </w:rPr>
        <w:t xml:space="preserve"> Solar System</w:t>
      </w:r>
      <w:r>
        <w:rPr>
          <w:rFonts w:ascii="Arial" w:hAnsi="Arial"/>
        </w:rPr>
        <w:t xml:space="preserve">, and it's done </w:t>
      </w:r>
      <w:proofErr w:type="gramStart"/>
      <w:r>
        <w:rPr>
          <w:rFonts w:ascii="Arial" w:hAnsi="Arial"/>
        </w:rPr>
        <w:t>through the use of</w:t>
      </w:r>
      <w:proofErr w:type="gramEnd"/>
      <w:r>
        <w:rPr>
          <w:rFonts w:ascii="Arial" w:hAnsi="Arial"/>
        </w:rPr>
        <w:t xml:space="preserve"> tactile images, which are placed on a device called the </w:t>
      </w:r>
      <w:r w:rsidR="00C830FE">
        <w:rPr>
          <w:rFonts w:ascii="Arial" w:hAnsi="Arial"/>
        </w:rPr>
        <w:t>T</w:t>
      </w:r>
      <w:r>
        <w:rPr>
          <w:rFonts w:ascii="Arial" w:hAnsi="Arial"/>
        </w:rPr>
        <w:t xml:space="preserve">alking </w:t>
      </w:r>
      <w:r w:rsidR="00C830FE">
        <w:rPr>
          <w:rFonts w:ascii="Arial" w:hAnsi="Arial"/>
        </w:rPr>
        <w:t>T</w:t>
      </w:r>
      <w:r>
        <w:rPr>
          <w:rFonts w:ascii="Arial" w:hAnsi="Arial"/>
        </w:rPr>
        <w:t xml:space="preserve">actile </w:t>
      </w:r>
      <w:r w:rsidR="00C830FE">
        <w:rPr>
          <w:rFonts w:ascii="Arial" w:hAnsi="Arial"/>
        </w:rPr>
        <w:t>T</w:t>
      </w:r>
      <w:r>
        <w:rPr>
          <w:rFonts w:ascii="Arial" w:hAnsi="Arial"/>
        </w:rPr>
        <w:t xml:space="preserve">ablet, or the </w:t>
      </w:r>
      <w:r w:rsidR="00DE2E0D">
        <w:rPr>
          <w:rFonts w:ascii="Arial" w:hAnsi="Arial"/>
        </w:rPr>
        <w:t>T</w:t>
      </w:r>
      <w:r>
        <w:rPr>
          <w:rFonts w:ascii="Arial" w:hAnsi="Arial"/>
        </w:rPr>
        <w:t>3</w:t>
      </w:r>
      <w:r w:rsidR="00DE2E0D">
        <w:rPr>
          <w:rFonts w:ascii="Arial" w:hAnsi="Arial"/>
        </w:rPr>
        <w:t>. I</w:t>
      </w:r>
      <w:r>
        <w:rPr>
          <w:rFonts w:ascii="Arial" w:hAnsi="Arial"/>
        </w:rPr>
        <w:t xml:space="preserve">t's from </w:t>
      </w:r>
      <w:r w:rsidR="00DE2E0D">
        <w:rPr>
          <w:rFonts w:ascii="Arial" w:hAnsi="Arial"/>
        </w:rPr>
        <w:t>T</w:t>
      </w:r>
      <w:r>
        <w:rPr>
          <w:rFonts w:ascii="Arial" w:hAnsi="Arial"/>
        </w:rPr>
        <w:t xml:space="preserve">ouch </w:t>
      </w:r>
      <w:r w:rsidR="00DE2E0D">
        <w:rPr>
          <w:rFonts w:ascii="Arial" w:hAnsi="Arial"/>
        </w:rPr>
        <w:t>G</w:t>
      </w:r>
      <w:r>
        <w:rPr>
          <w:rFonts w:ascii="Arial" w:hAnsi="Arial"/>
        </w:rPr>
        <w:t xml:space="preserve">raphics, so there's a series of pictures. They each have a QR code, and the pictures are placed on top of the </w:t>
      </w:r>
      <w:r w:rsidR="00DE2E0D">
        <w:rPr>
          <w:rFonts w:ascii="Arial" w:hAnsi="Arial"/>
        </w:rPr>
        <w:t>Talking Tactile Tablet</w:t>
      </w:r>
      <w:r>
        <w:rPr>
          <w:rFonts w:ascii="Arial" w:hAnsi="Arial"/>
        </w:rPr>
        <w:t>, which recognize</w:t>
      </w:r>
      <w:r w:rsidR="00DE2E0D">
        <w:rPr>
          <w:rFonts w:ascii="Arial" w:hAnsi="Arial"/>
        </w:rPr>
        <w:t>s</w:t>
      </w:r>
      <w:r>
        <w:rPr>
          <w:rFonts w:ascii="Arial" w:hAnsi="Arial"/>
        </w:rPr>
        <w:t xml:space="preserve"> the QR code and knows what that picture is. The picture is embossed, and when a person touches the different areas of the picture, the tablet begins to speak. The tablet also begins to display narration, so it is accessible to someone who is non visual, or someone who can't hear very well</w:t>
      </w:r>
      <w:r w:rsidR="008F1B46">
        <w:rPr>
          <w:rFonts w:ascii="Arial" w:hAnsi="Arial"/>
        </w:rPr>
        <w:t>,</w:t>
      </w:r>
      <w:r>
        <w:rPr>
          <w:rFonts w:ascii="Arial" w:hAnsi="Arial"/>
        </w:rPr>
        <w:t xml:space="preserve"> or at all. So it's really an interesting accessible item. </w:t>
      </w:r>
    </w:p>
    <w:p w14:paraId="4E146581" w14:textId="77777777" w:rsidR="008F1B46" w:rsidRDefault="008F1B46" w:rsidP="00E2432E">
      <w:pPr>
        <w:spacing w:after="0" w:line="240" w:lineRule="auto"/>
        <w:rPr>
          <w:rFonts w:ascii="Arial" w:hAnsi="Arial"/>
        </w:rPr>
      </w:pPr>
    </w:p>
    <w:p w14:paraId="57B86EE4" w14:textId="31737697" w:rsidR="00910DA2" w:rsidRDefault="00714885" w:rsidP="00E2432E">
      <w:pPr>
        <w:spacing w:after="0" w:line="240" w:lineRule="auto"/>
        <w:rPr>
          <w:rFonts w:ascii="Arial" w:hAnsi="Arial"/>
        </w:rPr>
      </w:pPr>
      <w:r>
        <w:rPr>
          <w:rFonts w:ascii="Arial" w:hAnsi="Arial"/>
        </w:rPr>
        <w:t>So this takes you on a tour through the solar system. And I worked on this with Dr Heidi Ham</w:t>
      </w:r>
      <w:r w:rsidR="007043B5">
        <w:rPr>
          <w:rFonts w:ascii="Arial" w:hAnsi="Arial"/>
        </w:rPr>
        <w:t>mmel</w:t>
      </w:r>
      <w:r>
        <w:rPr>
          <w:rFonts w:ascii="Arial" w:hAnsi="Arial"/>
        </w:rPr>
        <w:t xml:space="preserve">, who is an expert in solar system astronomy. </w:t>
      </w:r>
    </w:p>
    <w:p w14:paraId="14FED3F2" w14:textId="77777777" w:rsidR="00910DA2" w:rsidRDefault="00910DA2" w:rsidP="00E2432E">
      <w:pPr>
        <w:spacing w:after="0" w:line="240" w:lineRule="auto"/>
        <w:rPr>
          <w:rFonts w:ascii="Arial" w:hAnsi="Arial"/>
        </w:rPr>
      </w:pPr>
    </w:p>
    <w:p w14:paraId="70853962" w14:textId="3B508C40" w:rsidR="005E24AA" w:rsidRDefault="00714885" w:rsidP="00E2432E">
      <w:pPr>
        <w:spacing w:after="0" w:line="240" w:lineRule="auto"/>
        <w:rPr>
          <w:rFonts w:ascii="Arial" w:hAnsi="Arial"/>
        </w:rPr>
      </w:pPr>
      <w:r>
        <w:rPr>
          <w:rFonts w:ascii="Arial" w:hAnsi="Arial"/>
        </w:rPr>
        <w:t xml:space="preserve">Some of the other projects I've worked </w:t>
      </w:r>
      <w:proofErr w:type="gramStart"/>
      <w:r>
        <w:rPr>
          <w:rFonts w:ascii="Arial" w:hAnsi="Arial"/>
        </w:rPr>
        <w:t>on that</w:t>
      </w:r>
      <w:proofErr w:type="gramEnd"/>
      <w:r>
        <w:rPr>
          <w:rFonts w:ascii="Arial" w:hAnsi="Arial"/>
        </w:rPr>
        <w:t xml:space="preserve"> relate to tactile images</w:t>
      </w:r>
      <w:r w:rsidR="000476DF">
        <w:rPr>
          <w:rFonts w:ascii="Arial" w:hAnsi="Arial"/>
        </w:rPr>
        <w:t xml:space="preserve">: </w:t>
      </w:r>
      <w:r>
        <w:rPr>
          <w:rFonts w:ascii="Arial" w:hAnsi="Arial"/>
        </w:rPr>
        <w:t xml:space="preserve"> First of all, there's a project with the</w:t>
      </w:r>
      <w:r w:rsidR="00910DA2">
        <w:rPr>
          <w:rFonts w:ascii="Arial" w:hAnsi="Arial"/>
        </w:rPr>
        <w:t xml:space="preserve"> C</w:t>
      </w:r>
      <w:r>
        <w:rPr>
          <w:rFonts w:ascii="Arial" w:hAnsi="Arial"/>
        </w:rPr>
        <w:t xml:space="preserve">handra X Ray Observatory, a set of exhibits called </w:t>
      </w:r>
      <w:r w:rsidR="00910DA2" w:rsidRPr="00910DA2">
        <w:rPr>
          <w:rFonts w:ascii="Arial" w:hAnsi="Arial"/>
          <w:i/>
          <w:iCs/>
        </w:rPr>
        <w:t xml:space="preserve">Here, There </w:t>
      </w:r>
      <w:proofErr w:type="gramStart"/>
      <w:r w:rsidR="00910DA2" w:rsidRPr="00910DA2">
        <w:rPr>
          <w:rFonts w:ascii="Arial" w:hAnsi="Arial"/>
          <w:i/>
          <w:iCs/>
        </w:rPr>
        <w:t>And</w:t>
      </w:r>
      <w:proofErr w:type="gramEnd"/>
      <w:r w:rsidR="00910DA2" w:rsidRPr="00910DA2">
        <w:rPr>
          <w:rFonts w:ascii="Arial" w:hAnsi="Arial"/>
          <w:i/>
          <w:iCs/>
        </w:rPr>
        <w:t xml:space="preserve"> Everywhere</w:t>
      </w:r>
      <w:r>
        <w:rPr>
          <w:rFonts w:ascii="Arial" w:hAnsi="Arial"/>
        </w:rPr>
        <w:t xml:space="preserve">, and </w:t>
      </w:r>
      <w:r w:rsidR="002848A8" w:rsidRPr="002848A8">
        <w:rPr>
          <w:rFonts w:ascii="Arial" w:hAnsi="Arial"/>
          <w:i/>
          <w:iCs/>
        </w:rPr>
        <w:t xml:space="preserve">Life Beyond </w:t>
      </w:r>
      <w:proofErr w:type="gramStart"/>
      <w:r w:rsidR="002848A8" w:rsidRPr="002848A8">
        <w:rPr>
          <w:rFonts w:ascii="Arial" w:hAnsi="Arial"/>
          <w:i/>
          <w:iCs/>
        </w:rPr>
        <w:t>The</w:t>
      </w:r>
      <w:proofErr w:type="gramEnd"/>
      <w:r w:rsidR="002848A8" w:rsidRPr="002848A8">
        <w:rPr>
          <w:rFonts w:ascii="Arial" w:hAnsi="Arial"/>
          <w:i/>
          <w:iCs/>
        </w:rPr>
        <w:t xml:space="preserve"> Bulb</w:t>
      </w:r>
      <w:r>
        <w:rPr>
          <w:rFonts w:ascii="Arial" w:hAnsi="Arial"/>
        </w:rPr>
        <w:t xml:space="preserve"> and it's 11 by 17 inches in size. And it has two images, one from the earth and comparing it to something related in space. It has print and Braille on it. So these are traveling exhibits, which </w:t>
      </w:r>
      <w:r w:rsidR="005E24AA">
        <w:rPr>
          <w:rFonts w:ascii="Arial" w:hAnsi="Arial"/>
        </w:rPr>
        <w:t xml:space="preserve">were </w:t>
      </w:r>
      <w:r>
        <w:rPr>
          <w:rFonts w:ascii="Arial" w:hAnsi="Arial"/>
        </w:rPr>
        <w:t xml:space="preserve">big posters sent out to museums, and then this special version was made so that people could touch the images and be able to make those comparisons. </w:t>
      </w:r>
    </w:p>
    <w:p w14:paraId="46BB746F" w14:textId="77777777" w:rsidR="005E24AA" w:rsidRDefault="005E24AA" w:rsidP="00E2432E">
      <w:pPr>
        <w:spacing w:after="0" w:line="240" w:lineRule="auto"/>
        <w:rPr>
          <w:rFonts w:ascii="Arial" w:hAnsi="Arial"/>
        </w:rPr>
      </w:pPr>
    </w:p>
    <w:p w14:paraId="10232B4D" w14:textId="77777777" w:rsidR="00DF3ECF" w:rsidRDefault="00714885" w:rsidP="00E2432E">
      <w:pPr>
        <w:spacing w:after="0" w:line="240" w:lineRule="auto"/>
        <w:rPr>
          <w:rFonts w:ascii="Arial" w:hAnsi="Arial"/>
        </w:rPr>
      </w:pPr>
      <w:r>
        <w:rPr>
          <w:rFonts w:ascii="Arial" w:hAnsi="Arial"/>
        </w:rPr>
        <w:t xml:space="preserve">Another project I worked on was </w:t>
      </w:r>
      <w:r w:rsidR="004566AE" w:rsidRPr="004566AE">
        <w:rPr>
          <w:rFonts w:ascii="Arial" w:hAnsi="Arial"/>
          <w:i/>
          <w:iCs/>
        </w:rPr>
        <w:t>T</w:t>
      </w:r>
      <w:r w:rsidRPr="004566AE">
        <w:rPr>
          <w:rFonts w:ascii="Arial" w:hAnsi="Arial"/>
          <w:i/>
          <w:iCs/>
        </w:rPr>
        <w:t>he</w:t>
      </w:r>
      <w:r>
        <w:rPr>
          <w:rFonts w:ascii="Arial" w:hAnsi="Arial"/>
        </w:rPr>
        <w:t xml:space="preserve"> Solar System </w:t>
      </w:r>
      <w:r w:rsidR="004566AE" w:rsidRPr="004566AE">
        <w:rPr>
          <w:rFonts w:ascii="Arial" w:hAnsi="Arial"/>
          <w:i/>
          <w:iCs/>
        </w:rPr>
        <w:t>Radio Explorer Kiosk</w:t>
      </w:r>
      <w:r>
        <w:rPr>
          <w:rFonts w:ascii="Arial" w:hAnsi="Arial"/>
        </w:rPr>
        <w:t>, which is a standalone exhibit, and it's been at the Goddard Space Flight Center, and people can learn about Jupiter and the different radio emissions that it gives off and compare that to the other planets. It has tactile pictures and Braille on the outsides of the exhibit and a computer program that is all accessible, that a person can operate.</w:t>
      </w:r>
    </w:p>
    <w:p w14:paraId="425904D4" w14:textId="77777777" w:rsidR="00DF3ECF" w:rsidRDefault="00DF3ECF" w:rsidP="00E2432E">
      <w:pPr>
        <w:spacing w:after="0" w:line="240" w:lineRule="auto"/>
        <w:rPr>
          <w:rFonts w:ascii="Arial" w:hAnsi="Arial"/>
        </w:rPr>
      </w:pPr>
    </w:p>
    <w:p w14:paraId="1CE1AA8B" w14:textId="77777777" w:rsidR="007D6315" w:rsidRDefault="00714885" w:rsidP="00E2432E">
      <w:pPr>
        <w:spacing w:after="0" w:line="240" w:lineRule="auto"/>
        <w:rPr>
          <w:rFonts w:ascii="Arial" w:hAnsi="Arial"/>
        </w:rPr>
      </w:pPr>
      <w:r>
        <w:rPr>
          <w:rFonts w:ascii="Arial" w:hAnsi="Arial"/>
        </w:rPr>
        <w:t>Another project I worked on with the Space Telescope Science Institute</w:t>
      </w:r>
      <w:r w:rsidR="00DF3ECF">
        <w:rPr>
          <w:rFonts w:ascii="Arial" w:hAnsi="Arial"/>
        </w:rPr>
        <w:t>,</w:t>
      </w:r>
      <w:r>
        <w:rPr>
          <w:rFonts w:ascii="Arial" w:hAnsi="Arial"/>
        </w:rPr>
        <w:t xml:space="preserve"> is called </w:t>
      </w:r>
      <w:r w:rsidR="00457D66" w:rsidRPr="00457D66">
        <w:rPr>
          <w:rFonts w:ascii="Arial" w:hAnsi="Arial"/>
          <w:i/>
          <w:iCs/>
        </w:rPr>
        <w:t>The Tactile Carina Nebula Poster</w:t>
      </w:r>
      <w:r>
        <w:rPr>
          <w:rFonts w:ascii="Arial" w:hAnsi="Arial"/>
        </w:rPr>
        <w:t xml:space="preserve">. I'll show you a little bit more about that in a moment. </w:t>
      </w:r>
    </w:p>
    <w:p w14:paraId="0DECA934" w14:textId="77777777" w:rsidR="007D6315" w:rsidRDefault="007D6315" w:rsidP="00E2432E">
      <w:pPr>
        <w:spacing w:after="0" w:line="240" w:lineRule="auto"/>
        <w:rPr>
          <w:rFonts w:ascii="Arial" w:hAnsi="Arial"/>
        </w:rPr>
      </w:pPr>
    </w:p>
    <w:p w14:paraId="0857B59B" w14:textId="406C8F8B" w:rsidR="00675C1B" w:rsidRDefault="00714885" w:rsidP="00E2432E">
      <w:pPr>
        <w:spacing w:after="0" w:line="240" w:lineRule="auto"/>
        <w:rPr>
          <w:rFonts w:ascii="Arial" w:hAnsi="Arial"/>
        </w:rPr>
      </w:pPr>
      <w:r>
        <w:rPr>
          <w:rFonts w:ascii="Arial" w:hAnsi="Arial"/>
        </w:rPr>
        <w:t xml:space="preserve">And then </w:t>
      </w:r>
      <w:r w:rsidR="007D6315">
        <w:rPr>
          <w:rFonts w:ascii="Arial" w:hAnsi="Arial"/>
        </w:rPr>
        <w:t xml:space="preserve">a </w:t>
      </w:r>
      <w:r>
        <w:rPr>
          <w:rFonts w:ascii="Arial" w:hAnsi="Arial"/>
        </w:rPr>
        <w:t>Tactile Graphic Design of NGC602</w:t>
      </w:r>
      <w:r w:rsidR="00943741">
        <w:rPr>
          <w:rFonts w:ascii="Arial" w:hAnsi="Arial"/>
        </w:rPr>
        <w:t>—</w:t>
      </w:r>
      <w:r>
        <w:rPr>
          <w:rFonts w:ascii="Arial" w:hAnsi="Arial"/>
        </w:rPr>
        <w:t xml:space="preserve">well, NGC602 is just a name for a star. It's a Gas nebula in space where stars are forming, and it's inside a star cluster where stars are being born. And so we did, as it </w:t>
      </w:r>
      <w:r w:rsidR="00675C1B">
        <w:rPr>
          <w:rFonts w:ascii="Arial" w:hAnsi="Arial"/>
        </w:rPr>
        <w:t>were</w:t>
      </w:r>
      <w:r>
        <w:rPr>
          <w:rFonts w:ascii="Arial" w:hAnsi="Arial"/>
        </w:rPr>
        <w:t xml:space="preserve">, kind of a feasibility study, like a proof of concept to see if you could use a 3d printer to create tactile images. And so we went through different testing of different sizes, and it turned out that the 3d printer did work very well for tactile images. </w:t>
      </w:r>
    </w:p>
    <w:p w14:paraId="26DE0FEF" w14:textId="77777777" w:rsidR="00675C1B" w:rsidRDefault="00675C1B" w:rsidP="00E2432E">
      <w:pPr>
        <w:spacing w:after="0" w:line="240" w:lineRule="auto"/>
        <w:rPr>
          <w:rFonts w:ascii="Arial" w:hAnsi="Arial"/>
        </w:rPr>
      </w:pPr>
    </w:p>
    <w:p w14:paraId="10B0A186" w14:textId="5ADE9BB7" w:rsidR="00FF7583" w:rsidRDefault="00714885" w:rsidP="00E2432E">
      <w:pPr>
        <w:spacing w:after="0" w:line="240" w:lineRule="auto"/>
        <w:rPr>
          <w:rFonts w:ascii="Arial" w:hAnsi="Arial"/>
        </w:rPr>
      </w:pPr>
      <w:r>
        <w:rPr>
          <w:rFonts w:ascii="Arial" w:hAnsi="Arial"/>
        </w:rPr>
        <w:t>So here's another look at one of the exhibits I worked on</w:t>
      </w:r>
      <w:r w:rsidR="00675C1B">
        <w:rPr>
          <w:rFonts w:ascii="Arial" w:hAnsi="Arial"/>
        </w:rPr>
        <w:t>,</w:t>
      </w:r>
      <w:r>
        <w:rPr>
          <w:rFonts w:ascii="Arial" w:hAnsi="Arial"/>
        </w:rPr>
        <w:t xml:space="preserve"> </w:t>
      </w:r>
      <w:r w:rsidR="00675C1B" w:rsidRPr="00675C1B">
        <w:rPr>
          <w:rFonts w:ascii="Arial" w:hAnsi="Arial"/>
          <w:i/>
          <w:iCs/>
        </w:rPr>
        <w:t xml:space="preserve">From Earth To The Solar System </w:t>
      </w:r>
      <w:r>
        <w:rPr>
          <w:rFonts w:ascii="Arial" w:hAnsi="Arial"/>
        </w:rPr>
        <w:t>that was also with the Chandra X Ray Observatory. So again, these are 11 by 17</w:t>
      </w:r>
      <w:r w:rsidR="00174C43">
        <w:rPr>
          <w:rFonts w:ascii="Arial" w:hAnsi="Arial"/>
        </w:rPr>
        <w:t>-</w:t>
      </w:r>
      <w:r>
        <w:rPr>
          <w:rFonts w:ascii="Arial" w:hAnsi="Arial"/>
        </w:rPr>
        <w:t>inch panels with a caption, a description of the objects, and then there's a texture key, and then there's the object. So people can start from the earth and work their way through the solar system</w:t>
      </w:r>
      <w:r w:rsidR="00FF7583">
        <w:rPr>
          <w:rFonts w:ascii="Arial" w:hAnsi="Arial"/>
        </w:rPr>
        <w:t>.</w:t>
      </w:r>
    </w:p>
    <w:p w14:paraId="7744BE06" w14:textId="77777777" w:rsidR="00FF7583" w:rsidRDefault="00FF7583" w:rsidP="00E2432E">
      <w:pPr>
        <w:spacing w:after="0" w:line="240" w:lineRule="auto"/>
        <w:rPr>
          <w:rFonts w:ascii="Arial" w:hAnsi="Arial"/>
        </w:rPr>
      </w:pPr>
    </w:p>
    <w:p w14:paraId="2EC5DE49" w14:textId="25380C9C" w:rsidR="006406E7" w:rsidRDefault="00714885" w:rsidP="00E2432E">
      <w:pPr>
        <w:spacing w:after="0" w:line="240" w:lineRule="auto"/>
      </w:pPr>
      <w:r>
        <w:rPr>
          <w:rFonts w:ascii="Arial" w:hAnsi="Arial"/>
        </w:rPr>
        <w:t xml:space="preserve">And this is a picture of the exhibit panels from </w:t>
      </w:r>
      <w:r w:rsidR="00FF7583" w:rsidRPr="00FF7583">
        <w:rPr>
          <w:rFonts w:ascii="Arial" w:hAnsi="Arial"/>
          <w:i/>
          <w:iCs/>
        </w:rPr>
        <w:t>Here, There And Everywhere</w:t>
      </w:r>
      <w:r>
        <w:rPr>
          <w:rFonts w:ascii="Arial" w:hAnsi="Arial"/>
        </w:rPr>
        <w:t>, where we have two pictures on a panel, one from Earth and something related in space.</w:t>
      </w:r>
    </w:p>
    <w:p w14:paraId="77ED699D" w14:textId="77777777" w:rsidR="006406E7" w:rsidRDefault="006406E7">
      <w:pPr>
        <w:spacing w:after="0"/>
      </w:pPr>
    </w:p>
    <w:p w14:paraId="615DBE37" w14:textId="77777777" w:rsidR="00B404B8" w:rsidRDefault="00714885">
      <w:pPr>
        <w:spacing w:after="0"/>
        <w:rPr>
          <w:rFonts w:ascii="Arial" w:hAnsi="Arial"/>
        </w:rPr>
      </w:pPr>
      <w:r>
        <w:rPr>
          <w:rFonts w:ascii="Arial" w:hAnsi="Arial"/>
        </w:rPr>
        <w:t>And this picture is a close up of that exhibit I mentioned that was at the Goddard Space Flight Center.</w:t>
      </w:r>
      <w:r w:rsidR="006D2CD8">
        <w:rPr>
          <w:rFonts w:ascii="Arial" w:hAnsi="Arial"/>
        </w:rPr>
        <w:t xml:space="preserve"> </w:t>
      </w:r>
      <w:r>
        <w:rPr>
          <w:rFonts w:ascii="Arial" w:hAnsi="Arial"/>
        </w:rPr>
        <w:t xml:space="preserve">So the outside panels of the exhibit have raised acrylic and Braille. So one side is Jupiter across the electromagnetic spectrum, so you see what Jupiter looks like </w:t>
      </w:r>
      <w:r w:rsidR="00586D53">
        <w:rPr>
          <w:rFonts w:ascii="Arial" w:hAnsi="Arial"/>
        </w:rPr>
        <w:t xml:space="preserve">as viewed </w:t>
      </w:r>
      <w:r>
        <w:rPr>
          <w:rFonts w:ascii="Arial" w:hAnsi="Arial"/>
        </w:rPr>
        <w:t xml:space="preserve">through radio waves, microwaves, infrared, visible X rays, and then we learn a little bit more about </w:t>
      </w:r>
      <w:r w:rsidR="00B404B8">
        <w:rPr>
          <w:rFonts w:ascii="Arial" w:hAnsi="Arial"/>
        </w:rPr>
        <w:t xml:space="preserve">The Solar System </w:t>
      </w:r>
      <w:r>
        <w:rPr>
          <w:rFonts w:ascii="Arial" w:hAnsi="Arial"/>
        </w:rPr>
        <w:t xml:space="preserve">comparing Jupiter. And I think people are always surprised that things look different when viewed through different wavelengths. </w:t>
      </w:r>
    </w:p>
    <w:p w14:paraId="01334405" w14:textId="77777777" w:rsidR="00B404B8" w:rsidRDefault="00B404B8">
      <w:pPr>
        <w:spacing w:after="0"/>
        <w:rPr>
          <w:rFonts w:ascii="Arial" w:hAnsi="Arial"/>
        </w:rPr>
      </w:pPr>
    </w:p>
    <w:p w14:paraId="1508EC3D" w14:textId="36D60477" w:rsidR="00BB038C" w:rsidRDefault="00714885">
      <w:pPr>
        <w:spacing w:after="0"/>
        <w:rPr>
          <w:rFonts w:ascii="Arial" w:hAnsi="Arial"/>
        </w:rPr>
      </w:pPr>
      <w:r>
        <w:rPr>
          <w:rFonts w:ascii="Arial" w:hAnsi="Arial"/>
        </w:rPr>
        <w:t xml:space="preserve">Now the </w:t>
      </w:r>
      <w:r w:rsidR="00B404B8" w:rsidRPr="00B404B8">
        <w:rPr>
          <w:rFonts w:ascii="Arial" w:hAnsi="Arial"/>
          <w:i/>
          <w:iCs/>
        </w:rPr>
        <w:t>T</w:t>
      </w:r>
      <w:r w:rsidRPr="00B404B8">
        <w:rPr>
          <w:rFonts w:ascii="Arial" w:hAnsi="Arial"/>
          <w:i/>
          <w:iCs/>
        </w:rPr>
        <w:t>actile Carina Nebula</w:t>
      </w:r>
      <w:r>
        <w:rPr>
          <w:rFonts w:ascii="Arial" w:hAnsi="Arial"/>
        </w:rPr>
        <w:t xml:space="preserve">. So I was contacted by a scientist at the Space Telescope Science Institute who said, </w:t>
      </w:r>
      <w:r w:rsidR="00B404B8">
        <w:rPr>
          <w:rFonts w:ascii="Arial" w:hAnsi="Arial"/>
        </w:rPr>
        <w:t>“</w:t>
      </w:r>
      <w:r w:rsidR="002561F7">
        <w:rPr>
          <w:rFonts w:ascii="Arial" w:hAnsi="Arial"/>
        </w:rPr>
        <w:t>W</w:t>
      </w:r>
      <w:r>
        <w:rPr>
          <w:rFonts w:ascii="Arial" w:hAnsi="Arial"/>
        </w:rPr>
        <w:t>e're celebrating</w:t>
      </w:r>
      <w:r w:rsidR="002561F7">
        <w:rPr>
          <w:rFonts w:ascii="Arial" w:hAnsi="Arial"/>
        </w:rPr>
        <w:t xml:space="preserve"> (</w:t>
      </w:r>
      <w:r>
        <w:rPr>
          <w:rFonts w:ascii="Arial" w:hAnsi="Arial"/>
        </w:rPr>
        <w:t>I think it was the 25th anniversary of the Hubble Space Telescope</w:t>
      </w:r>
      <w:r w:rsidR="002561F7">
        <w:rPr>
          <w:rFonts w:ascii="Arial" w:hAnsi="Arial"/>
        </w:rPr>
        <w:t xml:space="preserve">) </w:t>
      </w:r>
      <w:r>
        <w:rPr>
          <w:rFonts w:ascii="Arial" w:hAnsi="Arial"/>
        </w:rPr>
        <w:t>and we're going to celebrate with this spectacular picture</w:t>
      </w:r>
      <w:r w:rsidR="00BB038C">
        <w:rPr>
          <w:rFonts w:ascii="Arial" w:hAnsi="Arial"/>
        </w:rPr>
        <w:t>,</w:t>
      </w:r>
      <w:r>
        <w:rPr>
          <w:rFonts w:ascii="Arial" w:hAnsi="Arial"/>
        </w:rPr>
        <w:t xml:space="preserve"> </w:t>
      </w:r>
      <w:r w:rsidR="00BB038C">
        <w:rPr>
          <w:rFonts w:ascii="Arial" w:hAnsi="Arial"/>
        </w:rPr>
        <w:t xml:space="preserve">so </w:t>
      </w:r>
      <w:r>
        <w:rPr>
          <w:rFonts w:ascii="Arial" w:hAnsi="Arial"/>
        </w:rPr>
        <w:t>we'd like to make this tactil</w:t>
      </w:r>
      <w:r w:rsidR="00515EEB">
        <w:rPr>
          <w:rFonts w:ascii="Arial" w:hAnsi="Arial"/>
        </w:rPr>
        <w:t>e.”</w:t>
      </w:r>
      <w:r>
        <w:rPr>
          <w:rFonts w:ascii="Arial" w:hAnsi="Arial"/>
        </w:rPr>
        <w:t xml:space="preserve"> </w:t>
      </w:r>
    </w:p>
    <w:p w14:paraId="61B6BDCB" w14:textId="77777777" w:rsidR="00BB038C" w:rsidRDefault="00BB038C">
      <w:pPr>
        <w:spacing w:after="0"/>
        <w:rPr>
          <w:rFonts w:ascii="Arial" w:hAnsi="Arial"/>
        </w:rPr>
      </w:pPr>
    </w:p>
    <w:p w14:paraId="2250B32D" w14:textId="77777777" w:rsidR="00290943" w:rsidRDefault="00714885">
      <w:pPr>
        <w:spacing w:after="0"/>
        <w:rPr>
          <w:rFonts w:ascii="Arial" w:hAnsi="Arial"/>
        </w:rPr>
      </w:pPr>
      <w:r>
        <w:rPr>
          <w:rFonts w:ascii="Arial" w:hAnsi="Arial"/>
        </w:rPr>
        <w:t>Here's the picture. Now, this picture is an assortment of different colors and swirls and it looks like somebody threw paint of different color</w:t>
      </w:r>
      <w:r w:rsidR="00515EEB">
        <w:rPr>
          <w:rFonts w:ascii="Arial" w:hAnsi="Arial"/>
        </w:rPr>
        <w:t>s</w:t>
      </w:r>
      <w:r>
        <w:rPr>
          <w:rFonts w:ascii="Arial" w:hAnsi="Arial"/>
        </w:rPr>
        <w:t xml:space="preserve"> on a board. </w:t>
      </w:r>
    </w:p>
    <w:p w14:paraId="68159659" w14:textId="77777777" w:rsidR="00290943" w:rsidRDefault="00290943">
      <w:pPr>
        <w:spacing w:after="0"/>
        <w:rPr>
          <w:rFonts w:ascii="Arial" w:hAnsi="Arial"/>
        </w:rPr>
      </w:pPr>
    </w:p>
    <w:p w14:paraId="4470C4EB" w14:textId="5EAEF7CE" w:rsidR="00472BB7" w:rsidRDefault="00714885">
      <w:pPr>
        <w:spacing w:after="0"/>
        <w:rPr>
          <w:rFonts w:ascii="Arial" w:hAnsi="Arial"/>
        </w:rPr>
      </w:pPr>
      <w:r>
        <w:rPr>
          <w:rFonts w:ascii="Arial" w:hAnsi="Arial"/>
        </w:rPr>
        <w:t xml:space="preserve">I said, </w:t>
      </w:r>
      <w:r w:rsidR="00290943">
        <w:rPr>
          <w:rFonts w:ascii="Arial" w:hAnsi="Arial"/>
        </w:rPr>
        <w:t>“Y</w:t>
      </w:r>
      <w:r>
        <w:rPr>
          <w:rFonts w:ascii="Arial" w:hAnsi="Arial"/>
        </w:rPr>
        <w:t>ou need to explain this to m</w:t>
      </w:r>
      <w:r w:rsidR="00290943">
        <w:rPr>
          <w:rFonts w:ascii="Arial" w:hAnsi="Arial"/>
        </w:rPr>
        <w:t>e.”</w:t>
      </w:r>
      <w:r>
        <w:rPr>
          <w:rFonts w:ascii="Arial" w:hAnsi="Arial"/>
        </w:rPr>
        <w:t xml:space="preserve"> </w:t>
      </w:r>
      <w:proofErr w:type="gramStart"/>
      <w:r>
        <w:rPr>
          <w:rFonts w:ascii="Arial" w:hAnsi="Arial"/>
        </w:rPr>
        <w:t>So</w:t>
      </w:r>
      <w:proofErr w:type="gramEnd"/>
      <w:r>
        <w:rPr>
          <w:rFonts w:ascii="Arial" w:hAnsi="Arial"/>
        </w:rPr>
        <w:t xml:space="preserve"> we spent quite a bit of time talking about the </w:t>
      </w:r>
      <w:r w:rsidR="00290943">
        <w:rPr>
          <w:rFonts w:ascii="Arial" w:hAnsi="Arial"/>
        </w:rPr>
        <w:t>d</w:t>
      </w:r>
      <w:r>
        <w:rPr>
          <w:rFonts w:ascii="Arial" w:hAnsi="Arial"/>
        </w:rPr>
        <w:t>ifferent sections of this picture</w:t>
      </w:r>
      <w:r w:rsidR="00290943">
        <w:rPr>
          <w:rFonts w:ascii="Arial" w:hAnsi="Arial"/>
        </w:rPr>
        <w:t>;</w:t>
      </w:r>
      <w:r>
        <w:rPr>
          <w:rFonts w:ascii="Arial" w:hAnsi="Arial"/>
        </w:rPr>
        <w:t xml:space="preserve"> because this picture</w:t>
      </w:r>
      <w:r w:rsidR="00943741">
        <w:rPr>
          <w:rFonts w:ascii="Arial" w:hAnsi="Arial"/>
        </w:rPr>
        <w:t>—</w:t>
      </w:r>
      <w:r>
        <w:rPr>
          <w:rFonts w:ascii="Arial" w:hAnsi="Arial"/>
        </w:rPr>
        <w:t xml:space="preserve">it's a stunning picture, but somebody just wouldn't know what to make of it, unless they were an expert. So that caused me to have to learn about the different pictures. </w:t>
      </w:r>
    </w:p>
    <w:p w14:paraId="5862EDDF" w14:textId="77777777" w:rsidR="00472BB7" w:rsidRDefault="00472BB7">
      <w:pPr>
        <w:spacing w:after="0"/>
        <w:rPr>
          <w:rFonts w:ascii="Arial" w:hAnsi="Arial"/>
        </w:rPr>
      </w:pPr>
    </w:p>
    <w:p w14:paraId="557E655A" w14:textId="46BCC6DF" w:rsidR="00843C03" w:rsidRDefault="00714885">
      <w:pPr>
        <w:spacing w:after="0"/>
        <w:rPr>
          <w:rFonts w:ascii="Arial" w:hAnsi="Arial"/>
        </w:rPr>
      </w:pPr>
      <w:r>
        <w:rPr>
          <w:rFonts w:ascii="Arial" w:hAnsi="Arial"/>
        </w:rPr>
        <w:t xml:space="preserve">Now, originally, this person wanted this picture to be enlarged to, like, eight feet by five feet. So </w:t>
      </w:r>
      <w:proofErr w:type="gramStart"/>
      <w:r>
        <w:rPr>
          <w:rFonts w:ascii="Arial" w:hAnsi="Arial"/>
        </w:rPr>
        <w:t>quite a</w:t>
      </w:r>
      <w:r w:rsidR="00943741">
        <w:rPr>
          <w:rFonts w:ascii="Arial" w:hAnsi="Arial"/>
        </w:rPr>
        <w:t>—</w:t>
      </w:r>
      <w:proofErr w:type="gramEnd"/>
      <w:r>
        <w:rPr>
          <w:rFonts w:ascii="Arial" w:hAnsi="Arial"/>
        </w:rPr>
        <w:t>like a big banner. And so I decided to make different versions</w:t>
      </w:r>
      <w:r w:rsidR="00843C03">
        <w:rPr>
          <w:rFonts w:ascii="Arial" w:hAnsi="Arial"/>
        </w:rPr>
        <w:t>;</w:t>
      </w:r>
      <w:r>
        <w:rPr>
          <w:rFonts w:ascii="Arial" w:hAnsi="Arial"/>
        </w:rPr>
        <w:t xml:space="preserve"> one, that size one, a smaller size</w:t>
      </w:r>
      <w:r w:rsidR="00843C03">
        <w:rPr>
          <w:rFonts w:ascii="Arial" w:hAnsi="Arial"/>
        </w:rPr>
        <w:t>,</w:t>
      </w:r>
      <w:r>
        <w:rPr>
          <w:rFonts w:ascii="Arial" w:hAnsi="Arial"/>
        </w:rPr>
        <w:t xml:space="preserve"> </w:t>
      </w:r>
      <w:r w:rsidR="00843C03">
        <w:rPr>
          <w:rFonts w:ascii="Arial" w:hAnsi="Arial"/>
        </w:rPr>
        <w:t xml:space="preserve">and </w:t>
      </w:r>
      <w:r>
        <w:rPr>
          <w:rFonts w:ascii="Arial" w:hAnsi="Arial"/>
        </w:rPr>
        <w:t>then what I did is</w:t>
      </w:r>
      <w:r w:rsidR="00843C03">
        <w:rPr>
          <w:rFonts w:ascii="Arial" w:hAnsi="Arial"/>
        </w:rPr>
        <w:t>,</w:t>
      </w:r>
      <w:r>
        <w:rPr>
          <w:rFonts w:ascii="Arial" w:hAnsi="Arial"/>
        </w:rPr>
        <w:t xml:space="preserve"> I had a reference on an 11 by 17 inch swell form page. </w:t>
      </w:r>
    </w:p>
    <w:p w14:paraId="2AFC8525" w14:textId="77777777" w:rsidR="00843C03" w:rsidRDefault="00843C03">
      <w:pPr>
        <w:spacing w:after="0"/>
        <w:rPr>
          <w:rFonts w:ascii="Arial" w:hAnsi="Arial"/>
        </w:rPr>
      </w:pPr>
    </w:p>
    <w:p w14:paraId="3856F101" w14:textId="5D0ED690" w:rsidR="000E6879" w:rsidRDefault="00714885">
      <w:pPr>
        <w:spacing w:after="0"/>
        <w:rPr>
          <w:rFonts w:ascii="Arial" w:hAnsi="Arial"/>
        </w:rPr>
      </w:pPr>
      <w:r>
        <w:rPr>
          <w:rFonts w:ascii="Arial" w:hAnsi="Arial"/>
        </w:rPr>
        <w:t>So we were having a gathering at the National Federation of the Blind in Baltimore, and there would be, like 100 high school students from around the country. So I brought everything, and at the last minute, I decided to bring that smaller version, and we tested the different versions, and it turned out that people liked my smallest version, because they could get both hands on it at once. And so that's the version we use</w:t>
      </w:r>
      <w:r w:rsidR="00992ACC">
        <w:rPr>
          <w:rFonts w:ascii="Arial" w:hAnsi="Arial"/>
        </w:rPr>
        <w:t>d</w:t>
      </w:r>
      <w:r>
        <w:rPr>
          <w:rFonts w:ascii="Arial" w:hAnsi="Arial"/>
        </w:rPr>
        <w:t>. And I made different textures for the different areas of the picture and</w:t>
      </w:r>
      <w:r w:rsidR="00992ACC">
        <w:rPr>
          <w:rFonts w:ascii="Arial" w:hAnsi="Arial"/>
        </w:rPr>
        <w:t xml:space="preserve"> a </w:t>
      </w:r>
      <w:r>
        <w:rPr>
          <w:rFonts w:ascii="Arial" w:hAnsi="Arial"/>
        </w:rPr>
        <w:t xml:space="preserve">the texture key. And actually, I think this version, </w:t>
      </w:r>
      <w:r w:rsidR="00AC67DE">
        <w:rPr>
          <w:rFonts w:ascii="Arial" w:hAnsi="Arial"/>
        </w:rPr>
        <w:t xml:space="preserve">of </w:t>
      </w:r>
      <w:r w:rsidR="00AC67DE" w:rsidRPr="00AC67DE">
        <w:rPr>
          <w:rFonts w:ascii="Arial" w:hAnsi="Arial"/>
          <w:i/>
          <w:iCs/>
        </w:rPr>
        <w:t>The Tactile Carina Nebula</w:t>
      </w:r>
      <w:r>
        <w:rPr>
          <w:rFonts w:ascii="Arial" w:hAnsi="Arial"/>
        </w:rPr>
        <w:t>, is good for sighted people too, because it explains what the different areas are. So for a novice who is not an expert on astronomy, this helps you really understand what's going on in this image. And there's quite a lot going on in this image. We have dark clouds, bright gasses, stars, a star about to explode, dust pillars, bubbles of gas</w:t>
      </w:r>
      <w:r w:rsidR="008423CE">
        <w:rPr>
          <w:rFonts w:ascii="Arial" w:hAnsi="Arial"/>
        </w:rPr>
        <w:t>,</w:t>
      </w:r>
      <w:r>
        <w:rPr>
          <w:rFonts w:ascii="Arial" w:hAnsi="Arial"/>
        </w:rPr>
        <w:t xml:space="preserve"> jets from star birth, large areas, dark areas, dusty areas, all that has been compartmentalized into this tactile image with a key</w:t>
      </w:r>
      <w:r w:rsidR="000E6879">
        <w:rPr>
          <w:rFonts w:ascii="Arial" w:hAnsi="Arial"/>
        </w:rPr>
        <w:t xml:space="preserve">. </w:t>
      </w:r>
      <w:r>
        <w:rPr>
          <w:rFonts w:ascii="Arial" w:hAnsi="Arial"/>
        </w:rPr>
        <w:t xml:space="preserve"> </w:t>
      </w:r>
    </w:p>
    <w:p w14:paraId="1440A0A2" w14:textId="77777777" w:rsidR="000E6879" w:rsidRDefault="000E6879">
      <w:pPr>
        <w:spacing w:after="0"/>
        <w:rPr>
          <w:rFonts w:ascii="Arial" w:hAnsi="Arial"/>
        </w:rPr>
      </w:pPr>
    </w:p>
    <w:p w14:paraId="021D9B27" w14:textId="78C7C5E7" w:rsidR="00566D9C" w:rsidRDefault="000E6879">
      <w:pPr>
        <w:spacing w:after="0"/>
        <w:rPr>
          <w:rFonts w:ascii="Arial" w:hAnsi="Arial"/>
        </w:rPr>
      </w:pPr>
      <w:r>
        <w:rPr>
          <w:rFonts w:ascii="Arial" w:hAnsi="Arial"/>
        </w:rPr>
        <w:t>N</w:t>
      </w:r>
      <w:r w:rsidR="00714885">
        <w:rPr>
          <w:rFonts w:ascii="Arial" w:hAnsi="Arial"/>
        </w:rPr>
        <w:t>ow</w:t>
      </w:r>
      <w:r>
        <w:rPr>
          <w:rFonts w:ascii="Arial" w:hAnsi="Arial"/>
        </w:rPr>
        <w:t>,</w:t>
      </w:r>
      <w:r w:rsidR="00714885">
        <w:rPr>
          <w:rFonts w:ascii="Arial" w:hAnsi="Arial"/>
        </w:rPr>
        <w:t xml:space="preserve"> that project about the 3d Printing. So this was the image I was given, and we want to make a tactile image of this. So again, this looks like almost a gaseous outline of a monster with its jar open and some bright stars in the middle. And the bright stars are the star forming regions. So for me, I need to start basic, and what I did is I made what I call the Crafty version. I took a kind of a round sponge, and I cut it in half, and I put some different textures on it, like a corduroy line texture, and some big pom poms and some little pom poms. So I needed to see in my mind how this might work. So starting from this version, I broke down the different areas into textures. So we have horizontal lines for dust, diagonal dotted lines for gas, a pointy structure for dust and gas combined, and then solid circles for stars. So we actually went through several versions of this, starting with my little crafty sponge, going through sort of a four level area that was small panels, maybe the size of a passport, with different pictures that you would put your hand into. And we ended up printing it on larger, I think it was about 11 inches by 14 inches. I believe they had to be split in two and glued together. And we made two versions, because during our focus group testing, we found that people who were born blind were able to very easily feel the </w:t>
      </w:r>
      <w:proofErr w:type="gramStart"/>
      <w:r w:rsidR="00714885">
        <w:rPr>
          <w:rFonts w:ascii="Arial" w:hAnsi="Arial"/>
        </w:rPr>
        <w:t>elevated areas</w:t>
      </w:r>
      <w:r w:rsidR="00943741">
        <w:rPr>
          <w:rFonts w:ascii="Arial" w:hAnsi="Arial"/>
        </w:rPr>
        <w:t>—</w:t>
      </w:r>
      <w:proofErr w:type="gramEnd"/>
      <w:r w:rsidR="00714885">
        <w:rPr>
          <w:rFonts w:ascii="Arial" w:hAnsi="Arial"/>
        </w:rPr>
        <w:t>areas that were elevated because they were bright</w:t>
      </w:r>
      <w:r w:rsidR="00566D9C">
        <w:rPr>
          <w:rFonts w:ascii="Arial" w:hAnsi="Arial"/>
        </w:rPr>
        <w:t>. B</w:t>
      </w:r>
      <w:r w:rsidR="00714885">
        <w:rPr>
          <w:rFonts w:ascii="Arial" w:hAnsi="Arial"/>
        </w:rPr>
        <w:t>ut people who had lost their sight preferred a flatter area that was not elevated. So we made two versions of this.</w:t>
      </w:r>
    </w:p>
    <w:p w14:paraId="5B2BFDDF" w14:textId="77777777" w:rsidR="00566D9C" w:rsidRDefault="00566D9C">
      <w:pPr>
        <w:spacing w:after="0"/>
        <w:rPr>
          <w:rFonts w:ascii="Arial" w:hAnsi="Arial"/>
        </w:rPr>
      </w:pPr>
    </w:p>
    <w:p w14:paraId="176A0DA6" w14:textId="77777777" w:rsidR="00957491" w:rsidRDefault="00714885">
      <w:pPr>
        <w:spacing w:after="0"/>
        <w:rPr>
          <w:rFonts w:ascii="Arial" w:hAnsi="Arial"/>
        </w:rPr>
      </w:pPr>
      <w:r>
        <w:rPr>
          <w:rFonts w:ascii="Arial" w:hAnsi="Arial"/>
        </w:rPr>
        <w:t xml:space="preserve">So people ask me, </w:t>
      </w:r>
      <w:r w:rsidR="00CF4B42">
        <w:rPr>
          <w:rFonts w:ascii="Arial" w:hAnsi="Arial"/>
        </w:rPr>
        <w:t>“W</w:t>
      </w:r>
      <w:r>
        <w:rPr>
          <w:rFonts w:ascii="Arial" w:hAnsi="Arial"/>
        </w:rPr>
        <w:t xml:space="preserve">hat is a tactile </w:t>
      </w:r>
      <w:r w:rsidR="00B2237A">
        <w:rPr>
          <w:rFonts w:ascii="Arial" w:hAnsi="Arial"/>
        </w:rPr>
        <w:t xml:space="preserve">image?” </w:t>
      </w:r>
      <w:r>
        <w:rPr>
          <w:rFonts w:ascii="Arial" w:hAnsi="Arial"/>
        </w:rPr>
        <w:t xml:space="preserve">And for somebody who is in the science field, and they want to make their material accessible, I tell them, </w:t>
      </w:r>
      <w:r w:rsidR="00B2237A">
        <w:rPr>
          <w:rFonts w:ascii="Arial" w:hAnsi="Arial"/>
        </w:rPr>
        <w:t xml:space="preserve">“a </w:t>
      </w:r>
      <w:r>
        <w:rPr>
          <w:rFonts w:ascii="Arial" w:hAnsi="Arial"/>
        </w:rPr>
        <w:t>tactile image is a touchable, raised picture that is designed to be explored with the fingertips. And for me, I assign different textures to represent different aspects of the tactile pictur</w:t>
      </w:r>
      <w:r w:rsidR="00957491">
        <w:rPr>
          <w:rFonts w:ascii="Arial" w:hAnsi="Arial"/>
        </w:rPr>
        <w:t>e.”</w:t>
      </w:r>
    </w:p>
    <w:p w14:paraId="6E4C51A2" w14:textId="77777777" w:rsidR="00957491" w:rsidRDefault="00957491">
      <w:pPr>
        <w:spacing w:after="0"/>
        <w:rPr>
          <w:rFonts w:ascii="Arial" w:hAnsi="Arial"/>
        </w:rPr>
      </w:pPr>
    </w:p>
    <w:p w14:paraId="3869D334" w14:textId="57C95945" w:rsidR="00A520CD" w:rsidRDefault="00714885">
      <w:pPr>
        <w:spacing w:after="0"/>
        <w:rPr>
          <w:rFonts w:ascii="Arial" w:hAnsi="Arial"/>
        </w:rPr>
      </w:pPr>
      <w:r>
        <w:rPr>
          <w:rFonts w:ascii="Arial" w:hAnsi="Arial"/>
        </w:rPr>
        <w:t xml:space="preserve">So for </w:t>
      </w:r>
      <w:r w:rsidR="00957491" w:rsidRPr="00957491">
        <w:rPr>
          <w:rFonts w:ascii="Arial" w:hAnsi="Arial"/>
          <w:i/>
          <w:iCs/>
        </w:rPr>
        <w:t>The Tactile Carina Nebula</w:t>
      </w:r>
      <w:r>
        <w:rPr>
          <w:rFonts w:ascii="Arial" w:hAnsi="Arial"/>
        </w:rPr>
        <w:t>, we made a presentation at the American Astronomical Society meeting as a poster paper where it was hung up</w:t>
      </w:r>
      <w:r w:rsidR="00187F26">
        <w:rPr>
          <w:rFonts w:ascii="Arial" w:hAnsi="Arial"/>
        </w:rPr>
        <w:t>;</w:t>
      </w:r>
      <w:r>
        <w:rPr>
          <w:rFonts w:ascii="Arial" w:hAnsi="Arial"/>
        </w:rPr>
        <w:t xml:space="preserve"> </w:t>
      </w:r>
      <w:r w:rsidR="00187F26">
        <w:rPr>
          <w:rFonts w:ascii="Arial" w:hAnsi="Arial"/>
        </w:rPr>
        <w:t>a</w:t>
      </w:r>
      <w:r>
        <w:rPr>
          <w:rFonts w:ascii="Arial" w:hAnsi="Arial"/>
        </w:rPr>
        <w:t>nd usually</w:t>
      </w:r>
      <w:r w:rsidR="00545494">
        <w:rPr>
          <w:rFonts w:ascii="Arial" w:hAnsi="Arial"/>
        </w:rPr>
        <w:t>,</w:t>
      </w:r>
      <w:r>
        <w:rPr>
          <w:rFonts w:ascii="Arial" w:hAnsi="Arial"/>
        </w:rPr>
        <w:t xml:space="preserve"> with these poster papers, people walk by and they stand there looking at it. And so I was reaching hands and saying, </w:t>
      </w:r>
      <w:r w:rsidR="00187F26">
        <w:rPr>
          <w:rFonts w:ascii="Arial" w:hAnsi="Arial"/>
        </w:rPr>
        <w:t>“N</w:t>
      </w:r>
      <w:r>
        <w:rPr>
          <w:rFonts w:ascii="Arial" w:hAnsi="Arial"/>
        </w:rPr>
        <w:t>o, Touch. Touch the picture. Touch the pictur</w:t>
      </w:r>
      <w:r w:rsidR="00187F26">
        <w:rPr>
          <w:rFonts w:ascii="Arial" w:hAnsi="Arial"/>
        </w:rPr>
        <w:t>e!”</w:t>
      </w:r>
      <w:r>
        <w:rPr>
          <w:rFonts w:ascii="Arial" w:hAnsi="Arial"/>
        </w:rPr>
        <w:t xml:space="preserve"> So that was</w:t>
      </w:r>
      <w:r w:rsidR="00943741">
        <w:rPr>
          <w:rFonts w:ascii="Arial" w:hAnsi="Arial"/>
        </w:rPr>
        <w:t>—</w:t>
      </w:r>
      <w:r>
        <w:rPr>
          <w:rFonts w:ascii="Arial" w:hAnsi="Arial"/>
        </w:rPr>
        <w:t xml:space="preserve">people were, you know, unexpectedly touching a poster paper, which normally you would not </w:t>
      </w:r>
      <w:proofErr w:type="gramStart"/>
      <w:r>
        <w:rPr>
          <w:rFonts w:ascii="Arial" w:hAnsi="Arial"/>
        </w:rPr>
        <w:t>do it</w:t>
      </w:r>
      <w:proofErr w:type="gramEnd"/>
      <w:r>
        <w:rPr>
          <w:rFonts w:ascii="Arial" w:hAnsi="Arial"/>
        </w:rPr>
        <w:t xml:space="preserve"> at </w:t>
      </w:r>
      <w:r w:rsidR="00A520CD">
        <w:rPr>
          <w:rFonts w:ascii="Arial" w:hAnsi="Arial"/>
        </w:rPr>
        <w:t xml:space="preserve">a </w:t>
      </w:r>
      <w:r>
        <w:rPr>
          <w:rFonts w:ascii="Arial" w:hAnsi="Arial"/>
        </w:rPr>
        <w:t xml:space="preserve">Science Conference. </w:t>
      </w:r>
    </w:p>
    <w:p w14:paraId="598805FE" w14:textId="77777777" w:rsidR="00A520CD" w:rsidRDefault="00A520CD">
      <w:pPr>
        <w:spacing w:after="0"/>
        <w:rPr>
          <w:rFonts w:ascii="Arial" w:hAnsi="Arial"/>
        </w:rPr>
      </w:pPr>
    </w:p>
    <w:p w14:paraId="2F1A35C2" w14:textId="5DA4D12B" w:rsidR="00C57C20" w:rsidRDefault="00714885">
      <w:pPr>
        <w:spacing w:after="0"/>
        <w:rPr>
          <w:rFonts w:ascii="Arial" w:hAnsi="Arial"/>
        </w:rPr>
      </w:pPr>
      <w:r>
        <w:rPr>
          <w:rFonts w:ascii="Arial" w:hAnsi="Arial"/>
        </w:rPr>
        <w:t>And then, of course, an exhibit again</w:t>
      </w:r>
      <w:r w:rsidR="00A520CD">
        <w:rPr>
          <w:rFonts w:ascii="Arial" w:hAnsi="Arial"/>
        </w:rPr>
        <w:t>. T</w:t>
      </w:r>
      <w:r>
        <w:rPr>
          <w:rFonts w:ascii="Arial" w:hAnsi="Arial"/>
        </w:rPr>
        <w:t>his is</w:t>
      </w:r>
      <w:r w:rsidR="00E04AD8">
        <w:rPr>
          <w:rFonts w:ascii="Arial" w:hAnsi="Arial"/>
        </w:rPr>
        <w:t>,</w:t>
      </w:r>
      <w:r>
        <w:rPr>
          <w:rFonts w:ascii="Arial" w:hAnsi="Arial"/>
        </w:rPr>
        <w:t xml:space="preserve"> on the right side</w:t>
      </w:r>
      <w:r w:rsidR="00E04AD8">
        <w:rPr>
          <w:rFonts w:ascii="Arial" w:hAnsi="Arial"/>
        </w:rPr>
        <w:t>,</w:t>
      </w:r>
      <w:r>
        <w:rPr>
          <w:rFonts w:ascii="Arial" w:hAnsi="Arial"/>
        </w:rPr>
        <w:t xml:space="preserve"> </w:t>
      </w:r>
      <w:r w:rsidR="00E04AD8">
        <w:rPr>
          <w:rFonts w:ascii="Arial" w:hAnsi="Arial"/>
        </w:rPr>
        <w:t>a p</w:t>
      </w:r>
      <w:r>
        <w:rPr>
          <w:rFonts w:ascii="Arial" w:hAnsi="Arial"/>
        </w:rPr>
        <w:t>icture of a student touching the panel from the Goddard Space Flight Center of the different ways that Jupiter looks through microwaves, infrared, visible, ultraviolet</w:t>
      </w:r>
      <w:r w:rsidR="00943741">
        <w:rPr>
          <w:rFonts w:ascii="Arial" w:hAnsi="Arial"/>
        </w:rPr>
        <w:t>—</w:t>
      </w:r>
      <w:r>
        <w:rPr>
          <w:rFonts w:ascii="Arial" w:hAnsi="Arial"/>
        </w:rPr>
        <w:t xml:space="preserve">Jupiter is giving off different radiation, and we can see that by looking at the different wavelengths. </w:t>
      </w:r>
    </w:p>
    <w:p w14:paraId="0D33A619" w14:textId="77777777" w:rsidR="00C57C20" w:rsidRDefault="00C57C20">
      <w:pPr>
        <w:spacing w:after="0"/>
        <w:rPr>
          <w:rFonts w:ascii="Arial" w:hAnsi="Arial"/>
        </w:rPr>
      </w:pPr>
    </w:p>
    <w:p w14:paraId="0528BCD0" w14:textId="18FB3EEF" w:rsidR="00D54C84" w:rsidRDefault="00714885">
      <w:pPr>
        <w:spacing w:after="0"/>
        <w:rPr>
          <w:rFonts w:ascii="Arial" w:hAnsi="Arial"/>
        </w:rPr>
      </w:pPr>
      <w:r>
        <w:rPr>
          <w:rFonts w:ascii="Arial" w:hAnsi="Arial"/>
        </w:rPr>
        <w:t xml:space="preserve">There are people around the world who want to do the right thing and make tactile pictures. But I tell them, </w:t>
      </w:r>
      <w:r w:rsidR="00C57C20">
        <w:rPr>
          <w:rFonts w:ascii="Arial" w:hAnsi="Arial"/>
        </w:rPr>
        <w:t>“y</w:t>
      </w:r>
      <w:r>
        <w:rPr>
          <w:rFonts w:ascii="Arial" w:hAnsi="Arial"/>
        </w:rPr>
        <w:t>ou can't just make a tactile picture and think it looks good</w:t>
      </w:r>
      <w:r w:rsidR="00792834">
        <w:rPr>
          <w:rFonts w:ascii="Arial" w:hAnsi="Arial"/>
        </w:rPr>
        <w:t>,</w:t>
      </w:r>
      <w:r>
        <w:rPr>
          <w:rFonts w:ascii="Arial" w:hAnsi="Arial"/>
        </w:rPr>
        <w:t xml:space="preserve"> and hand it to a person who's a tactile reader and say, </w:t>
      </w:r>
      <w:r w:rsidR="00792834">
        <w:rPr>
          <w:rFonts w:ascii="Arial" w:hAnsi="Arial"/>
        </w:rPr>
        <w:t>‘H</w:t>
      </w:r>
      <w:r>
        <w:rPr>
          <w:rFonts w:ascii="Arial" w:hAnsi="Arial"/>
        </w:rPr>
        <w:t>ere you go,</w:t>
      </w:r>
      <w:r w:rsidR="00792834">
        <w:rPr>
          <w:rFonts w:ascii="Arial" w:hAnsi="Arial"/>
        </w:rPr>
        <w:t>’</w:t>
      </w:r>
      <w:r>
        <w:rPr>
          <w:rFonts w:ascii="Arial" w:hAnsi="Arial"/>
        </w:rPr>
        <w:t xml:space="preserve"> because then you don't know if that picture will work. You have to test that picture, and you need to explain what that picture i</w:t>
      </w:r>
      <w:r w:rsidR="00261952">
        <w:rPr>
          <w:rFonts w:ascii="Arial" w:hAnsi="Arial"/>
        </w:rPr>
        <w:t>s.”</w:t>
      </w:r>
      <w:r>
        <w:rPr>
          <w:rFonts w:ascii="Arial" w:hAnsi="Arial"/>
        </w:rPr>
        <w:t xml:space="preserve"> So I tell people </w:t>
      </w:r>
      <w:r w:rsidR="00261952">
        <w:rPr>
          <w:rFonts w:ascii="Arial" w:hAnsi="Arial"/>
        </w:rPr>
        <w:t>“i</w:t>
      </w:r>
      <w:r>
        <w:rPr>
          <w:rFonts w:ascii="Arial" w:hAnsi="Arial"/>
        </w:rPr>
        <w:t>t's really good to pictorially describe the image and invite the learner to explore the tactile imag</w:t>
      </w:r>
      <w:r w:rsidR="00D54C84">
        <w:rPr>
          <w:rFonts w:ascii="Arial" w:hAnsi="Arial"/>
        </w:rPr>
        <w:t xml:space="preserve">e,” </w:t>
      </w:r>
      <w:r>
        <w:rPr>
          <w:rFonts w:ascii="Arial" w:hAnsi="Arial"/>
        </w:rPr>
        <w:t xml:space="preserve">rather than saying, </w:t>
      </w:r>
      <w:r w:rsidR="00D54C84">
        <w:rPr>
          <w:rFonts w:ascii="Arial" w:hAnsi="Arial"/>
        </w:rPr>
        <w:t>“g</w:t>
      </w:r>
      <w:r>
        <w:rPr>
          <w:rFonts w:ascii="Arial" w:hAnsi="Arial"/>
        </w:rPr>
        <w:t>uess what this i</w:t>
      </w:r>
      <w:r w:rsidR="00D54C84">
        <w:rPr>
          <w:rFonts w:ascii="Arial" w:hAnsi="Arial"/>
        </w:rPr>
        <w:t xml:space="preserve">s,” </w:t>
      </w:r>
      <w:r>
        <w:rPr>
          <w:rFonts w:ascii="Arial" w:hAnsi="Arial"/>
        </w:rPr>
        <w:t xml:space="preserve"> unless that's the point of what you're trying to do. But if you're trying to relay information, provide that pictorial description, it's good for everybody. It helps everybody learn that. And of course, with permission or by request, you can guide the person's fingertips in a tour of the image. </w:t>
      </w:r>
    </w:p>
    <w:p w14:paraId="5E05D127" w14:textId="446453B7" w:rsidR="00D54C84" w:rsidRDefault="00D54C84">
      <w:pPr>
        <w:spacing w:after="0"/>
        <w:rPr>
          <w:rFonts w:ascii="Arial" w:hAnsi="Arial"/>
        </w:rPr>
      </w:pPr>
    </w:p>
    <w:p w14:paraId="29694888" w14:textId="3B4F5647" w:rsidR="007B72AE" w:rsidRDefault="00714885">
      <w:pPr>
        <w:spacing w:after="0"/>
        <w:rPr>
          <w:rFonts w:ascii="Arial" w:hAnsi="Arial"/>
        </w:rPr>
      </w:pPr>
      <w:proofErr w:type="gramStart"/>
      <w:r>
        <w:rPr>
          <w:rFonts w:ascii="Arial" w:hAnsi="Arial"/>
        </w:rPr>
        <w:t>So</w:t>
      </w:r>
      <w:proofErr w:type="gramEnd"/>
      <w:r>
        <w:rPr>
          <w:rFonts w:ascii="Arial" w:hAnsi="Arial"/>
        </w:rPr>
        <w:t xml:space="preserve"> for </w:t>
      </w:r>
      <w:proofErr w:type="gramStart"/>
      <w:r>
        <w:rPr>
          <w:rFonts w:ascii="Arial" w:hAnsi="Arial"/>
        </w:rPr>
        <w:t>testing of</w:t>
      </w:r>
      <w:proofErr w:type="gramEnd"/>
      <w:r>
        <w:rPr>
          <w:rFonts w:ascii="Arial" w:hAnsi="Arial"/>
        </w:rPr>
        <w:t xml:space="preserve"> the tactile Carina Nebula, there were a lot of textures, and it was important that the person </w:t>
      </w:r>
      <w:r w:rsidR="007B0F47">
        <w:rPr>
          <w:rFonts w:ascii="Arial" w:hAnsi="Arial"/>
        </w:rPr>
        <w:t xml:space="preserve">would </w:t>
      </w:r>
      <w:r>
        <w:rPr>
          <w:rFonts w:ascii="Arial" w:hAnsi="Arial"/>
        </w:rPr>
        <w:t xml:space="preserve">be able to explore the different parts of the picture. </w:t>
      </w:r>
    </w:p>
    <w:p w14:paraId="5977682C" w14:textId="77777777" w:rsidR="007B72AE" w:rsidRDefault="007B72AE">
      <w:pPr>
        <w:spacing w:after="0"/>
        <w:rPr>
          <w:rFonts w:ascii="Arial" w:hAnsi="Arial"/>
        </w:rPr>
      </w:pPr>
    </w:p>
    <w:p w14:paraId="7B937512" w14:textId="77777777" w:rsidR="00E6497E" w:rsidRDefault="00714885">
      <w:pPr>
        <w:spacing w:after="0"/>
        <w:rPr>
          <w:rFonts w:ascii="Arial" w:hAnsi="Arial"/>
        </w:rPr>
      </w:pPr>
      <w:r>
        <w:rPr>
          <w:rFonts w:ascii="Arial" w:hAnsi="Arial"/>
        </w:rPr>
        <w:t>So an example of a pictorial description, instead of</w:t>
      </w:r>
      <w:r w:rsidR="007B72AE">
        <w:rPr>
          <w:rFonts w:ascii="Arial" w:hAnsi="Arial"/>
        </w:rPr>
        <w:t xml:space="preserve">, </w:t>
      </w:r>
      <w:r>
        <w:rPr>
          <w:rFonts w:ascii="Arial" w:hAnsi="Arial"/>
        </w:rPr>
        <w:t xml:space="preserve"> </w:t>
      </w:r>
      <w:r w:rsidR="00A2528D">
        <w:rPr>
          <w:rFonts w:ascii="Arial" w:hAnsi="Arial"/>
        </w:rPr>
        <w:t xml:space="preserve">“here’s </w:t>
      </w:r>
      <w:r>
        <w:rPr>
          <w:rFonts w:ascii="Arial" w:hAnsi="Arial"/>
        </w:rPr>
        <w:t>Satur</w:t>
      </w:r>
      <w:r w:rsidR="00A2528D">
        <w:rPr>
          <w:rFonts w:ascii="Arial" w:hAnsi="Arial"/>
        </w:rPr>
        <w:t>n</w:t>
      </w:r>
      <w:r w:rsidR="007B72AE">
        <w:rPr>
          <w:rFonts w:ascii="Arial" w:hAnsi="Arial"/>
        </w:rPr>
        <w:t>.</w:t>
      </w:r>
      <w:r w:rsidR="00A2528D">
        <w:rPr>
          <w:rFonts w:ascii="Arial" w:hAnsi="Arial"/>
        </w:rPr>
        <w:t>”</w:t>
      </w:r>
      <w:r>
        <w:rPr>
          <w:rFonts w:ascii="Arial" w:hAnsi="Arial"/>
        </w:rPr>
        <w:t xml:space="preserve"> </w:t>
      </w:r>
      <w:r w:rsidR="007B72AE">
        <w:rPr>
          <w:rFonts w:ascii="Arial" w:hAnsi="Arial"/>
        </w:rPr>
        <w:t>Y</w:t>
      </w:r>
      <w:r>
        <w:rPr>
          <w:rFonts w:ascii="Arial" w:hAnsi="Arial"/>
        </w:rPr>
        <w:t>ou might say</w:t>
      </w:r>
      <w:r w:rsidR="007B72AE">
        <w:rPr>
          <w:rFonts w:ascii="Arial" w:hAnsi="Arial"/>
        </w:rPr>
        <w:t>,</w:t>
      </w:r>
      <w:r>
        <w:rPr>
          <w:rFonts w:ascii="Arial" w:hAnsi="Arial"/>
        </w:rPr>
        <w:t xml:space="preserve"> </w:t>
      </w:r>
      <w:r w:rsidR="00A2528D">
        <w:rPr>
          <w:rFonts w:ascii="Arial" w:hAnsi="Arial"/>
        </w:rPr>
        <w:t xml:space="preserve">“this </w:t>
      </w:r>
      <w:r>
        <w:rPr>
          <w:rFonts w:ascii="Arial" w:hAnsi="Arial"/>
        </w:rPr>
        <w:t>is a tactile image of the planet Saturn. The rings of Saturn look like a loose fitting belt around the planet. The billions of ring particles that encircle Saturn</w:t>
      </w:r>
      <w:r w:rsidR="00A2528D">
        <w:rPr>
          <w:rFonts w:ascii="Arial" w:hAnsi="Arial"/>
        </w:rPr>
        <w:t>,</w:t>
      </w:r>
      <w:r>
        <w:rPr>
          <w:rFonts w:ascii="Arial" w:hAnsi="Arial"/>
        </w:rPr>
        <w:t xml:space="preserve"> are made of ice and rock and range in size from tiny rocks to objects larger than a hou</w:t>
      </w:r>
      <w:r w:rsidR="007B72AE">
        <w:rPr>
          <w:rFonts w:ascii="Arial" w:hAnsi="Arial"/>
        </w:rPr>
        <w:t>se.”</w:t>
      </w:r>
    </w:p>
    <w:p w14:paraId="722EE041" w14:textId="77777777" w:rsidR="00E6497E" w:rsidRDefault="00E6497E">
      <w:pPr>
        <w:spacing w:after="0"/>
        <w:rPr>
          <w:rFonts w:ascii="Arial" w:hAnsi="Arial"/>
        </w:rPr>
      </w:pPr>
    </w:p>
    <w:p w14:paraId="58E33D96" w14:textId="6DADBE2D" w:rsidR="006F7DD4" w:rsidRDefault="00714885">
      <w:pPr>
        <w:spacing w:after="0"/>
        <w:rPr>
          <w:rFonts w:ascii="Arial" w:hAnsi="Arial"/>
        </w:rPr>
      </w:pPr>
      <w:r>
        <w:rPr>
          <w:rFonts w:ascii="Arial" w:hAnsi="Arial"/>
        </w:rPr>
        <w:t>So that kind of a description really sets a scene</w:t>
      </w:r>
      <w:r w:rsidR="00E6497E">
        <w:rPr>
          <w:rFonts w:ascii="Arial" w:hAnsi="Arial"/>
        </w:rPr>
        <w:t xml:space="preserve"> in</w:t>
      </w:r>
      <w:r>
        <w:rPr>
          <w:rFonts w:ascii="Arial" w:hAnsi="Arial"/>
        </w:rPr>
        <w:t xml:space="preserve"> the person's mind. And </w:t>
      </w:r>
      <w:r w:rsidR="009D4788">
        <w:rPr>
          <w:rFonts w:ascii="Arial" w:hAnsi="Arial"/>
        </w:rPr>
        <w:t xml:space="preserve">that is </w:t>
      </w:r>
      <w:r>
        <w:rPr>
          <w:rFonts w:ascii="Arial" w:hAnsi="Arial"/>
        </w:rPr>
        <w:t xml:space="preserve">one of the things I've been really working very diligently with </w:t>
      </w:r>
      <w:r w:rsidR="001431F8">
        <w:rPr>
          <w:rFonts w:ascii="Arial" w:hAnsi="Arial"/>
        </w:rPr>
        <w:t>Planetarium</w:t>
      </w:r>
      <w:r>
        <w:rPr>
          <w:rFonts w:ascii="Arial" w:hAnsi="Arial"/>
        </w:rPr>
        <w:t xml:space="preserve">s. </w:t>
      </w:r>
    </w:p>
    <w:p w14:paraId="46429E68" w14:textId="77777777" w:rsidR="006F7DD4" w:rsidRDefault="006F7DD4">
      <w:pPr>
        <w:spacing w:after="0"/>
        <w:rPr>
          <w:rFonts w:ascii="Arial" w:hAnsi="Arial"/>
        </w:rPr>
      </w:pPr>
    </w:p>
    <w:p w14:paraId="1115E079" w14:textId="5DC04E59" w:rsidR="005A3086" w:rsidRDefault="00714885">
      <w:pPr>
        <w:spacing w:after="0"/>
        <w:rPr>
          <w:rFonts w:ascii="Arial" w:hAnsi="Arial"/>
        </w:rPr>
      </w:pPr>
      <w:proofErr w:type="gramStart"/>
      <w:r>
        <w:rPr>
          <w:rFonts w:ascii="Arial" w:hAnsi="Arial"/>
        </w:rPr>
        <w:t>So</w:t>
      </w:r>
      <w:proofErr w:type="gramEnd"/>
      <w:r>
        <w:rPr>
          <w:rFonts w:ascii="Arial" w:hAnsi="Arial"/>
        </w:rPr>
        <w:t xml:space="preserve"> there's </w:t>
      </w:r>
      <w:r w:rsidR="003623AF">
        <w:rPr>
          <w:rFonts w:ascii="Arial" w:hAnsi="Arial"/>
        </w:rPr>
        <w:t xml:space="preserve">thousands </w:t>
      </w:r>
      <w:r>
        <w:rPr>
          <w:rFonts w:ascii="Arial" w:hAnsi="Arial"/>
        </w:rPr>
        <w:t xml:space="preserve">of </w:t>
      </w:r>
      <w:r w:rsidR="001431F8">
        <w:rPr>
          <w:rFonts w:ascii="Arial" w:hAnsi="Arial"/>
        </w:rPr>
        <w:t>Planetarium</w:t>
      </w:r>
      <w:r>
        <w:rPr>
          <w:rFonts w:ascii="Arial" w:hAnsi="Arial"/>
        </w:rPr>
        <w:t>s around the world</w:t>
      </w:r>
      <w:r w:rsidR="003623AF">
        <w:rPr>
          <w:rFonts w:ascii="Arial" w:hAnsi="Arial"/>
        </w:rPr>
        <w:t>;</w:t>
      </w:r>
      <w:r>
        <w:rPr>
          <w:rFonts w:ascii="Arial" w:hAnsi="Arial"/>
        </w:rPr>
        <w:t xml:space="preserve"> some small that are in a school, some might be in a small museum</w:t>
      </w:r>
      <w:r w:rsidR="006F7DD4">
        <w:rPr>
          <w:rFonts w:ascii="Arial" w:hAnsi="Arial"/>
        </w:rPr>
        <w:t>,</w:t>
      </w:r>
      <w:r>
        <w:rPr>
          <w:rFonts w:ascii="Arial" w:hAnsi="Arial"/>
        </w:rPr>
        <w:t xml:space="preserve"> or a very large museum, and it's not always possible to have pictures available or to be able to respond very quickly when somebody shows up</w:t>
      </w:r>
      <w:r w:rsidR="006F7DD4">
        <w:rPr>
          <w:rFonts w:ascii="Arial" w:hAnsi="Arial"/>
        </w:rPr>
        <w:t>. A</w:t>
      </w:r>
      <w:r>
        <w:rPr>
          <w:rFonts w:ascii="Arial" w:hAnsi="Arial"/>
        </w:rPr>
        <w:t>nd what often happens</w:t>
      </w:r>
      <w:r w:rsidR="007B44D1">
        <w:rPr>
          <w:rFonts w:ascii="Arial" w:hAnsi="Arial"/>
        </w:rPr>
        <w:t>,</w:t>
      </w:r>
      <w:r>
        <w:rPr>
          <w:rFonts w:ascii="Arial" w:hAnsi="Arial"/>
        </w:rPr>
        <w:t xml:space="preserve"> is a person says,</w:t>
      </w:r>
      <w:r w:rsidR="007B44D1">
        <w:rPr>
          <w:rFonts w:ascii="Arial" w:hAnsi="Arial"/>
        </w:rPr>
        <w:t xml:space="preserve"> “I</w:t>
      </w:r>
      <w:r>
        <w:rPr>
          <w:rFonts w:ascii="Arial" w:hAnsi="Arial"/>
        </w:rPr>
        <w:t>'m sorry. We don't have anything available, but</w:t>
      </w:r>
      <w:r w:rsidR="00943741">
        <w:rPr>
          <w:rFonts w:ascii="Arial" w:hAnsi="Arial"/>
        </w:rPr>
        <w:t>—</w:t>
      </w:r>
      <w:r>
        <w:rPr>
          <w:rFonts w:ascii="Arial" w:hAnsi="Arial"/>
        </w:rPr>
        <w:t>you, but please listen in on the sh</w:t>
      </w:r>
      <w:r w:rsidR="007B44D1">
        <w:rPr>
          <w:rFonts w:ascii="Arial" w:hAnsi="Arial"/>
        </w:rPr>
        <w:t xml:space="preserve">ow.” </w:t>
      </w:r>
      <w:r w:rsidR="006F7DD4">
        <w:rPr>
          <w:rFonts w:ascii="Arial" w:hAnsi="Arial"/>
        </w:rPr>
        <w:t>B</w:t>
      </w:r>
      <w:r>
        <w:rPr>
          <w:rFonts w:ascii="Arial" w:hAnsi="Arial"/>
        </w:rPr>
        <w:t xml:space="preserve">ut by having a copy of something like </w:t>
      </w:r>
      <w:r w:rsidR="005A3086" w:rsidRPr="005A3086">
        <w:rPr>
          <w:rFonts w:ascii="Arial" w:hAnsi="Arial"/>
          <w:i/>
          <w:iCs/>
        </w:rPr>
        <w:t>Touch The Stars</w:t>
      </w:r>
      <w:r>
        <w:rPr>
          <w:rFonts w:ascii="Arial" w:hAnsi="Arial"/>
        </w:rPr>
        <w:t xml:space="preserve">, that's being proactive. </w:t>
      </w:r>
    </w:p>
    <w:p w14:paraId="3CF3ED09" w14:textId="77777777" w:rsidR="005A3086" w:rsidRDefault="005A3086">
      <w:pPr>
        <w:spacing w:after="0"/>
        <w:rPr>
          <w:rFonts w:ascii="Arial" w:hAnsi="Arial"/>
        </w:rPr>
      </w:pPr>
    </w:p>
    <w:p w14:paraId="271876F3" w14:textId="220FEC34" w:rsidR="006406E7" w:rsidRPr="00047339" w:rsidRDefault="00714885">
      <w:pPr>
        <w:spacing w:after="0"/>
        <w:rPr>
          <w:rFonts w:ascii="Arial" w:hAnsi="Arial"/>
        </w:rPr>
      </w:pPr>
      <w:r>
        <w:rPr>
          <w:rFonts w:ascii="Arial" w:hAnsi="Arial"/>
        </w:rPr>
        <w:t xml:space="preserve">And </w:t>
      </w:r>
      <w:proofErr w:type="gramStart"/>
      <w:r>
        <w:rPr>
          <w:rFonts w:ascii="Arial" w:hAnsi="Arial"/>
        </w:rPr>
        <w:t>so</w:t>
      </w:r>
      <w:proofErr w:type="gramEnd"/>
      <w:r>
        <w:rPr>
          <w:rFonts w:ascii="Arial" w:hAnsi="Arial"/>
        </w:rPr>
        <w:t xml:space="preserve"> in this picture, one of the </w:t>
      </w:r>
      <w:r w:rsidR="001431F8">
        <w:rPr>
          <w:rFonts w:ascii="Arial" w:hAnsi="Arial"/>
        </w:rPr>
        <w:t>Planetarium</w:t>
      </w:r>
      <w:r>
        <w:rPr>
          <w:rFonts w:ascii="Arial" w:hAnsi="Arial"/>
        </w:rPr>
        <w:t xml:space="preserve"> people has put little tabs along the edge of the book. So if they are doing a program, say about Saturn or a comet, they can quickly turn to that page, and that person can be able to explore that image independently and be able to listen in during the show so they know what that picture looks like, and what that object looks like. And that's what people have been doing, and that's really a great thing.</w:t>
      </w:r>
    </w:p>
    <w:p w14:paraId="70981B25" w14:textId="77777777" w:rsidR="006406E7" w:rsidRDefault="006406E7">
      <w:pPr>
        <w:spacing w:after="0"/>
      </w:pPr>
    </w:p>
    <w:p w14:paraId="6BE35965" w14:textId="2FD9A72E" w:rsidR="00BA1AC7" w:rsidRDefault="00714885">
      <w:pPr>
        <w:spacing w:after="0"/>
        <w:rPr>
          <w:rFonts w:ascii="Arial" w:hAnsi="Arial"/>
        </w:rPr>
      </w:pPr>
      <w:r>
        <w:rPr>
          <w:rFonts w:ascii="Arial" w:hAnsi="Arial"/>
        </w:rPr>
        <w:t>I think that the sky</w:t>
      </w:r>
      <w:r w:rsidR="00943741">
        <w:rPr>
          <w:rFonts w:ascii="Arial" w:hAnsi="Arial"/>
        </w:rPr>
        <w:t>—</w:t>
      </w:r>
      <w:r>
        <w:rPr>
          <w:rFonts w:ascii="Arial" w:hAnsi="Arial"/>
        </w:rPr>
        <w:t xml:space="preserve">I think people have always been intrigued by the sky, but I think that being able to actually put your hands on images of what those objects look like can bring you closer to, you know, thinking about the universe's amazing story, and we're like a chapter in the universe, and we're all part of it together. So being able to contribute to your understanding, and, you know, being able to share the excitement about the universe is a great thing. </w:t>
      </w:r>
    </w:p>
    <w:p w14:paraId="12EF08E1" w14:textId="77777777" w:rsidR="00BA1AC7" w:rsidRDefault="00BA1AC7">
      <w:pPr>
        <w:spacing w:after="0"/>
        <w:rPr>
          <w:rFonts w:ascii="Arial" w:hAnsi="Arial"/>
        </w:rPr>
      </w:pPr>
    </w:p>
    <w:p w14:paraId="202B45DD" w14:textId="2D17044A" w:rsidR="00205586" w:rsidRDefault="00714885">
      <w:pPr>
        <w:spacing w:after="0"/>
        <w:rPr>
          <w:rFonts w:ascii="Arial" w:hAnsi="Arial"/>
        </w:rPr>
      </w:pPr>
      <w:r>
        <w:rPr>
          <w:rFonts w:ascii="Arial" w:hAnsi="Arial"/>
        </w:rPr>
        <w:t xml:space="preserve">Some people have been using some of the tactile images, say, from </w:t>
      </w:r>
      <w:r w:rsidR="00BA1AC7" w:rsidRPr="00BA1AC7">
        <w:rPr>
          <w:rFonts w:ascii="Arial" w:hAnsi="Arial"/>
          <w:i/>
          <w:iCs/>
        </w:rPr>
        <w:t xml:space="preserve">Touch </w:t>
      </w:r>
      <w:proofErr w:type="gramStart"/>
      <w:r w:rsidR="00BA1AC7" w:rsidRPr="00BA1AC7">
        <w:rPr>
          <w:rFonts w:ascii="Arial" w:hAnsi="Arial"/>
          <w:i/>
          <w:iCs/>
        </w:rPr>
        <w:t>The</w:t>
      </w:r>
      <w:proofErr w:type="gramEnd"/>
      <w:r w:rsidR="00BA1AC7" w:rsidRPr="00BA1AC7">
        <w:rPr>
          <w:rFonts w:ascii="Arial" w:hAnsi="Arial"/>
          <w:i/>
          <w:iCs/>
        </w:rPr>
        <w:t xml:space="preserve"> Sun</w:t>
      </w:r>
      <w:r>
        <w:rPr>
          <w:rFonts w:ascii="Arial" w:hAnsi="Arial"/>
        </w:rPr>
        <w:t xml:space="preserve">, for </w:t>
      </w:r>
      <w:r w:rsidR="002871CA">
        <w:rPr>
          <w:rFonts w:ascii="Arial" w:hAnsi="Arial"/>
        </w:rPr>
        <w:t>s</w:t>
      </w:r>
      <w:r>
        <w:rPr>
          <w:rFonts w:ascii="Arial" w:hAnsi="Arial"/>
        </w:rPr>
        <w:t>olar viewing.</w:t>
      </w:r>
      <w:r w:rsidR="00A6768C">
        <w:rPr>
          <w:rFonts w:ascii="Arial" w:hAnsi="Arial"/>
        </w:rPr>
        <w:t xml:space="preserve"> </w:t>
      </w:r>
      <w:proofErr w:type="gramStart"/>
      <w:r>
        <w:rPr>
          <w:rFonts w:ascii="Arial" w:hAnsi="Arial"/>
        </w:rPr>
        <w:t>So</w:t>
      </w:r>
      <w:proofErr w:type="gramEnd"/>
      <w:r>
        <w:rPr>
          <w:rFonts w:ascii="Arial" w:hAnsi="Arial"/>
        </w:rPr>
        <w:t xml:space="preserve"> if you've never heard about this, it is safe </w:t>
      </w:r>
      <w:r w:rsidR="00126664">
        <w:rPr>
          <w:rFonts w:ascii="Arial" w:hAnsi="Arial"/>
        </w:rPr>
        <w:t xml:space="preserve">to </w:t>
      </w:r>
      <w:r>
        <w:rPr>
          <w:rFonts w:ascii="Arial" w:hAnsi="Arial"/>
        </w:rPr>
        <w:t xml:space="preserve">point a telescope at the sun </w:t>
      </w:r>
      <w:r w:rsidR="00126664">
        <w:rPr>
          <w:rFonts w:ascii="Arial" w:hAnsi="Arial"/>
        </w:rPr>
        <w:t xml:space="preserve">if </w:t>
      </w:r>
      <w:r>
        <w:rPr>
          <w:rFonts w:ascii="Arial" w:hAnsi="Arial"/>
        </w:rPr>
        <w:t>you have a safe solar filter on it</w:t>
      </w:r>
      <w:r w:rsidR="00126664">
        <w:rPr>
          <w:rFonts w:ascii="Arial" w:hAnsi="Arial"/>
        </w:rPr>
        <w:t>. Y</w:t>
      </w:r>
      <w:r>
        <w:rPr>
          <w:rFonts w:ascii="Arial" w:hAnsi="Arial"/>
        </w:rPr>
        <w:t>o</w:t>
      </w:r>
      <w:r w:rsidR="00126664">
        <w:rPr>
          <w:rFonts w:ascii="Arial" w:hAnsi="Arial"/>
        </w:rPr>
        <w:t>u</w:t>
      </w:r>
      <w:r>
        <w:rPr>
          <w:rFonts w:ascii="Arial" w:hAnsi="Arial"/>
        </w:rPr>
        <w:t xml:space="preserve"> might have heard about that </w:t>
      </w:r>
      <w:r w:rsidR="006815DF">
        <w:rPr>
          <w:rFonts w:ascii="Arial" w:hAnsi="Arial"/>
        </w:rPr>
        <w:t xml:space="preserve">in </w:t>
      </w:r>
      <w:r>
        <w:rPr>
          <w:rFonts w:ascii="Arial" w:hAnsi="Arial"/>
        </w:rPr>
        <w:t>last year's solar eclipse. You should never be pointing a telescope at the sun without a certified solar filter</w:t>
      </w:r>
      <w:r w:rsidR="006815DF">
        <w:rPr>
          <w:rFonts w:ascii="Arial" w:hAnsi="Arial"/>
        </w:rPr>
        <w:t>.</w:t>
      </w:r>
      <w:r>
        <w:rPr>
          <w:rFonts w:ascii="Arial" w:hAnsi="Arial"/>
        </w:rPr>
        <w:t xml:space="preserve"> </w:t>
      </w:r>
      <w:r w:rsidR="006815DF">
        <w:rPr>
          <w:rFonts w:ascii="Arial" w:hAnsi="Arial"/>
        </w:rPr>
        <w:t>B</w:t>
      </w:r>
      <w:r>
        <w:rPr>
          <w:rFonts w:ascii="Arial" w:hAnsi="Arial"/>
        </w:rPr>
        <w:t>ut if you do, then you can see sunspots or activities such as prominences or solar flares</w:t>
      </w:r>
      <w:r w:rsidR="00F63A3A">
        <w:rPr>
          <w:rFonts w:ascii="Arial" w:hAnsi="Arial"/>
        </w:rPr>
        <w:t>. A</w:t>
      </w:r>
      <w:r>
        <w:rPr>
          <w:rFonts w:ascii="Arial" w:hAnsi="Arial"/>
        </w:rPr>
        <w:t>nd a person can be touching the images and know what people are looking at through the telescope</w:t>
      </w:r>
      <w:r w:rsidR="00205586">
        <w:rPr>
          <w:rFonts w:ascii="Arial" w:hAnsi="Arial"/>
        </w:rPr>
        <w:t>,</w:t>
      </w:r>
      <w:r>
        <w:rPr>
          <w:rFonts w:ascii="Arial" w:hAnsi="Arial"/>
        </w:rPr>
        <w:t xml:space="preserve"> or be able to look </w:t>
      </w:r>
      <w:r w:rsidR="00205586">
        <w:rPr>
          <w:rFonts w:ascii="Arial" w:hAnsi="Arial"/>
        </w:rPr>
        <w:t xml:space="preserve">through </w:t>
      </w:r>
      <w:r>
        <w:rPr>
          <w:rFonts w:ascii="Arial" w:hAnsi="Arial"/>
        </w:rPr>
        <w:t xml:space="preserve">the telescope and touch the image at the same time. </w:t>
      </w:r>
    </w:p>
    <w:p w14:paraId="776B9CC0" w14:textId="77777777" w:rsidR="00205586" w:rsidRDefault="00205586">
      <w:pPr>
        <w:spacing w:after="0"/>
        <w:rPr>
          <w:rFonts w:ascii="Arial" w:hAnsi="Arial"/>
        </w:rPr>
      </w:pPr>
    </w:p>
    <w:p w14:paraId="00DF8DE3" w14:textId="77777777" w:rsidR="005A0639" w:rsidRDefault="00714885">
      <w:pPr>
        <w:spacing w:after="0"/>
        <w:rPr>
          <w:rFonts w:ascii="Arial" w:hAnsi="Arial"/>
        </w:rPr>
      </w:pPr>
      <w:r>
        <w:rPr>
          <w:rFonts w:ascii="Arial" w:hAnsi="Arial"/>
        </w:rPr>
        <w:t xml:space="preserve">There are many astronomy clubs that have star parties. </w:t>
      </w:r>
      <w:r w:rsidR="00BD4F38">
        <w:rPr>
          <w:rFonts w:ascii="Arial" w:hAnsi="Arial"/>
        </w:rPr>
        <w:t xml:space="preserve">A </w:t>
      </w:r>
      <w:r>
        <w:rPr>
          <w:rFonts w:ascii="Arial" w:hAnsi="Arial"/>
        </w:rPr>
        <w:t xml:space="preserve"> star party is when they bring out telescopes at night and say, </w:t>
      </w:r>
      <w:r w:rsidR="00BD4F38">
        <w:rPr>
          <w:rFonts w:ascii="Arial" w:hAnsi="Arial"/>
        </w:rPr>
        <w:t>“H</w:t>
      </w:r>
      <w:r>
        <w:rPr>
          <w:rFonts w:ascii="Arial" w:hAnsi="Arial"/>
        </w:rPr>
        <w:t>ey, come look at the moon, or come look at Saturn, or come look at Ma</w:t>
      </w:r>
      <w:r w:rsidR="00BD4F38">
        <w:rPr>
          <w:rFonts w:ascii="Arial" w:hAnsi="Arial"/>
        </w:rPr>
        <w:t xml:space="preserve">s.” </w:t>
      </w:r>
      <w:r>
        <w:rPr>
          <w:rFonts w:ascii="Arial" w:hAnsi="Arial"/>
        </w:rPr>
        <w:t xml:space="preserve"> </w:t>
      </w:r>
      <w:r w:rsidR="00BD4F38">
        <w:rPr>
          <w:rFonts w:ascii="Arial" w:hAnsi="Arial"/>
        </w:rPr>
        <w:t>W</w:t>
      </w:r>
      <w:r>
        <w:rPr>
          <w:rFonts w:ascii="Arial" w:hAnsi="Arial"/>
        </w:rPr>
        <w:t>hatever is visible in the sky. I was with the National Federation of the Blind down in Texas one year, and we invited the Texas Astronomical Society to come to the hotel to the conference</w:t>
      </w:r>
      <w:r w:rsidR="00BA4585">
        <w:rPr>
          <w:rFonts w:ascii="Arial" w:hAnsi="Arial"/>
        </w:rPr>
        <w:t>. A</w:t>
      </w:r>
      <w:r>
        <w:rPr>
          <w:rFonts w:ascii="Arial" w:hAnsi="Arial"/>
        </w:rPr>
        <w:t xml:space="preserve">nd they brought different telescopes, and they gave tactile tours of the telescope, which was great so people could get their hands on the telescope and understand exactly how the telescope worked. </w:t>
      </w:r>
    </w:p>
    <w:p w14:paraId="554E9D9D" w14:textId="77777777" w:rsidR="005A0639" w:rsidRDefault="005A0639">
      <w:pPr>
        <w:spacing w:after="0"/>
        <w:rPr>
          <w:rFonts w:ascii="Arial" w:hAnsi="Arial"/>
        </w:rPr>
      </w:pPr>
    </w:p>
    <w:p w14:paraId="2E17FAE8" w14:textId="77777777" w:rsidR="00A81216" w:rsidRDefault="00714885">
      <w:pPr>
        <w:spacing w:after="0"/>
        <w:rPr>
          <w:rFonts w:ascii="Arial" w:hAnsi="Arial"/>
        </w:rPr>
      </w:pPr>
      <w:r>
        <w:rPr>
          <w:rFonts w:ascii="Arial" w:hAnsi="Arial"/>
        </w:rPr>
        <w:t>Also, there are many fi</w:t>
      </w:r>
      <w:r w:rsidR="005A0639">
        <w:rPr>
          <w:rFonts w:ascii="Arial" w:hAnsi="Arial"/>
        </w:rPr>
        <w:t>l</w:t>
      </w:r>
      <w:r>
        <w:rPr>
          <w:rFonts w:ascii="Arial" w:hAnsi="Arial"/>
        </w:rPr>
        <w:t>e</w:t>
      </w:r>
      <w:r w:rsidR="005A0639">
        <w:rPr>
          <w:rFonts w:ascii="Arial" w:hAnsi="Arial"/>
        </w:rPr>
        <w:t>s</w:t>
      </w:r>
      <w:r>
        <w:rPr>
          <w:rFonts w:ascii="Arial" w:hAnsi="Arial"/>
        </w:rPr>
        <w:t xml:space="preserve">, if you have a 3d printer available, NASA has a website where you can download </w:t>
      </w:r>
      <w:r w:rsidR="005A0639">
        <w:rPr>
          <w:rFonts w:ascii="Arial" w:hAnsi="Arial"/>
        </w:rPr>
        <w:t xml:space="preserve">them </w:t>
      </w:r>
      <w:r>
        <w:rPr>
          <w:rFonts w:ascii="Arial" w:hAnsi="Arial"/>
        </w:rPr>
        <w:t>for free</w:t>
      </w:r>
      <w:r w:rsidR="005A0639">
        <w:rPr>
          <w:rFonts w:ascii="Arial" w:hAnsi="Arial"/>
        </w:rPr>
        <w:t>.</w:t>
      </w:r>
      <w:r>
        <w:rPr>
          <w:rFonts w:ascii="Arial" w:hAnsi="Arial"/>
        </w:rPr>
        <w:t xml:space="preserve"> </w:t>
      </w:r>
      <w:r w:rsidR="005A0639">
        <w:rPr>
          <w:rFonts w:ascii="Arial" w:hAnsi="Arial"/>
        </w:rPr>
        <w:t>I</w:t>
      </w:r>
      <w:r>
        <w:rPr>
          <w:rFonts w:ascii="Arial" w:hAnsi="Arial"/>
        </w:rPr>
        <w:t xml:space="preserve">t's called an </w:t>
      </w:r>
      <w:r w:rsidR="005A0639">
        <w:rPr>
          <w:rFonts w:ascii="Arial" w:hAnsi="Arial"/>
        </w:rPr>
        <w:t>.</w:t>
      </w:r>
      <w:r>
        <w:rPr>
          <w:rFonts w:ascii="Arial" w:hAnsi="Arial"/>
        </w:rPr>
        <w:t>STL file. So those are printer file</w:t>
      </w:r>
      <w:r w:rsidR="00A81216">
        <w:rPr>
          <w:rFonts w:ascii="Arial" w:hAnsi="Arial"/>
        </w:rPr>
        <w:t>s</w:t>
      </w:r>
      <w:r>
        <w:rPr>
          <w:rFonts w:ascii="Arial" w:hAnsi="Arial"/>
        </w:rPr>
        <w:t xml:space="preserve"> for the 3d printer, and you can download those files and print out the objects. Or if you don't have a 3d printer, there's actually companies that will print it out for you. So it's possible to make printed models for your classroom or for yourself. </w:t>
      </w:r>
    </w:p>
    <w:p w14:paraId="760C3461" w14:textId="77777777" w:rsidR="00A81216" w:rsidRDefault="00A81216">
      <w:pPr>
        <w:spacing w:after="0"/>
        <w:rPr>
          <w:rFonts w:ascii="Arial" w:hAnsi="Arial"/>
        </w:rPr>
      </w:pPr>
    </w:p>
    <w:p w14:paraId="146392DE" w14:textId="15217E98" w:rsidR="00DC12A7" w:rsidRDefault="00714885">
      <w:pPr>
        <w:spacing w:after="0"/>
        <w:rPr>
          <w:rFonts w:ascii="Arial" w:hAnsi="Arial"/>
        </w:rPr>
      </w:pPr>
      <w:r>
        <w:rPr>
          <w:rFonts w:ascii="Arial" w:hAnsi="Arial"/>
        </w:rPr>
        <w:t xml:space="preserve">So what I'd like to say in summary, is tactile images are useful for </w:t>
      </w:r>
      <w:r w:rsidR="00A81216">
        <w:rPr>
          <w:rFonts w:ascii="Arial" w:hAnsi="Arial"/>
        </w:rPr>
        <w:t xml:space="preserve">the </w:t>
      </w:r>
      <w:r>
        <w:rPr>
          <w:rFonts w:ascii="Arial" w:hAnsi="Arial"/>
        </w:rPr>
        <w:t>blin</w:t>
      </w:r>
      <w:r w:rsidR="00A81216">
        <w:rPr>
          <w:rFonts w:ascii="Arial" w:hAnsi="Arial"/>
        </w:rPr>
        <w:t>d</w:t>
      </w:r>
      <w:r w:rsidR="008371B1">
        <w:rPr>
          <w:rFonts w:ascii="Arial" w:hAnsi="Arial"/>
        </w:rPr>
        <w:t xml:space="preserve"> </w:t>
      </w:r>
      <w:r w:rsidR="00A81216">
        <w:rPr>
          <w:rFonts w:ascii="Arial" w:hAnsi="Arial"/>
        </w:rPr>
        <w:t xml:space="preserve">and </w:t>
      </w:r>
      <w:r>
        <w:rPr>
          <w:rFonts w:ascii="Arial" w:hAnsi="Arial"/>
        </w:rPr>
        <w:t xml:space="preserve">visually impaired and I think also </w:t>
      </w:r>
      <w:r w:rsidR="008371B1">
        <w:rPr>
          <w:rFonts w:ascii="Arial" w:hAnsi="Arial"/>
        </w:rPr>
        <w:t xml:space="preserve">they </w:t>
      </w:r>
      <w:r>
        <w:rPr>
          <w:rFonts w:ascii="Arial" w:hAnsi="Arial"/>
        </w:rPr>
        <w:t xml:space="preserve">can be used for sighted visitors. Tactile images are important resources to have available in a museum, in a </w:t>
      </w:r>
      <w:r w:rsidR="001431F8">
        <w:rPr>
          <w:rFonts w:ascii="Arial" w:hAnsi="Arial"/>
        </w:rPr>
        <w:t>Planetarium</w:t>
      </w:r>
      <w:r>
        <w:rPr>
          <w:rFonts w:ascii="Arial" w:hAnsi="Arial"/>
        </w:rPr>
        <w:t xml:space="preserve">, at star parties, </w:t>
      </w:r>
      <w:r w:rsidR="008371B1">
        <w:rPr>
          <w:rFonts w:ascii="Arial" w:hAnsi="Arial"/>
        </w:rPr>
        <w:t xml:space="preserve">and </w:t>
      </w:r>
      <w:r>
        <w:rPr>
          <w:rFonts w:ascii="Arial" w:hAnsi="Arial"/>
        </w:rPr>
        <w:t>for outreach events at schools</w:t>
      </w:r>
      <w:r w:rsidR="008371B1">
        <w:rPr>
          <w:rFonts w:ascii="Arial" w:hAnsi="Arial"/>
        </w:rPr>
        <w:t>.</w:t>
      </w:r>
      <w:r>
        <w:rPr>
          <w:rFonts w:ascii="Arial" w:hAnsi="Arial"/>
        </w:rPr>
        <w:t xml:space="preserve"> </w:t>
      </w:r>
      <w:r w:rsidR="008371B1">
        <w:rPr>
          <w:rFonts w:ascii="Arial" w:hAnsi="Arial"/>
        </w:rPr>
        <w:t>W</w:t>
      </w:r>
      <w:r>
        <w:rPr>
          <w:rFonts w:ascii="Arial" w:hAnsi="Arial"/>
        </w:rPr>
        <w:t>hen using the tactile images, we want to be inclusive and proactive and have the resources available at all times</w:t>
      </w:r>
      <w:r w:rsidR="008371B1">
        <w:rPr>
          <w:rFonts w:ascii="Arial" w:hAnsi="Arial"/>
        </w:rPr>
        <w:t>. I</w:t>
      </w:r>
      <w:r>
        <w:rPr>
          <w:rFonts w:ascii="Arial" w:hAnsi="Arial"/>
        </w:rPr>
        <w:t xml:space="preserve">t is much better </w:t>
      </w:r>
      <w:r w:rsidR="008371B1">
        <w:rPr>
          <w:rFonts w:ascii="Arial" w:hAnsi="Arial"/>
        </w:rPr>
        <w:t>t</w:t>
      </w:r>
      <w:r>
        <w:rPr>
          <w:rFonts w:ascii="Arial" w:hAnsi="Arial"/>
        </w:rPr>
        <w:t xml:space="preserve">o say, </w:t>
      </w:r>
      <w:r w:rsidR="001D3F65">
        <w:rPr>
          <w:rFonts w:ascii="Arial" w:hAnsi="Arial"/>
        </w:rPr>
        <w:t>“L</w:t>
      </w:r>
      <w:r>
        <w:rPr>
          <w:rFonts w:ascii="Arial" w:hAnsi="Arial"/>
        </w:rPr>
        <w:t>et me show you what I ha</w:t>
      </w:r>
      <w:r w:rsidR="001D3F65">
        <w:rPr>
          <w:rFonts w:ascii="Arial" w:hAnsi="Arial"/>
        </w:rPr>
        <w:t xml:space="preserve">ve,” </w:t>
      </w:r>
      <w:r>
        <w:rPr>
          <w:rFonts w:ascii="Arial" w:hAnsi="Arial"/>
        </w:rPr>
        <w:t xml:space="preserve"> rather than to say, </w:t>
      </w:r>
      <w:r w:rsidR="001D3F65">
        <w:rPr>
          <w:rFonts w:ascii="Arial" w:hAnsi="Arial"/>
        </w:rPr>
        <w:t>“I</w:t>
      </w:r>
      <w:r>
        <w:rPr>
          <w:rFonts w:ascii="Arial" w:hAnsi="Arial"/>
        </w:rPr>
        <w:t>'m sorry</w:t>
      </w:r>
      <w:r w:rsidR="001D3F65">
        <w:rPr>
          <w:rFonts w:ascii="Arial" w:hAnsi="Arial"/>
        </w:rPr>
        <w:t>,</w:t>
      </w:r>
      <w:r>
        <w:rPr>
          <w:rFonts w:ascii="Arial" w:hAnsi="Arial"/>
        </w:rPr>
        <w:t xml:space="preserve"> we don't have anythi</w:t>
      </w:r>
      <w:r w:rsidR="001D3F65">
        <w:rPr>
          <w:rFonts w:ascii="Arial" w:hAnsi="Arial"/>
        </w:rPr>
        <w:t xml:space="preserve">ng.” </w:t>
      </w:r>
      <w:r>
        <w:rPr>
          <w:rFonts w:ascii="Arial" w:hAnsi="Arial"/>
        </w:rPr>
        <w:t xml:space="preserve">And always be welcoming, be pictorially descriptive and be inspiring. </w:t>
      </w:r>
    </w:p>
    <w:p w14:paraId="40A35643" w14:textId="77777777" w:rsidR="00DC12A7" w:rsidRDefault="00DC12A7">
      <w:pPr>
        <w:spacing w:after="0"/>
        <w:rPr>
          <w:rFonts w:ascii="Arial" w:hAnsi="Arial"/>
        </w:rPr>
      </w:pPr>
    </w:p>
    <w:p w14:paraId="15BF288B" w14:textId="30BE9EFB" w:rsidR="005F66E8" w:rsidRDefault="00DC12A7">
      <w:pPr>
        <w:spacing w:after="0"/>
        <w:rPr>
          <w:rFonts w:ascii="Arial" w:hAnsi="Arial"/>
        </w:rPr>
      </w:pPr>
      <w:r>
        <w:rPr>
          <w:rFonts w:ascii="Arial" w:hAnsi="Arial"/>
        </w:rPr>
        <w:t xml:space="preserve">And, </w:t>
      </w:r>
      <w:r w:rsidR="00714885">
        <w:rPr>
          <w:rFonts w:ascii="Arial" w:hAnsi="Arial"/>
        </w:rPr>
        <w:t xml:space="preserve">so with that, </w:t>
      </w:r>
      <w:r>
        <w:rPr>
          <w:rFonts w:ascii="Arial" w:hAnsi="Arial"/>
        </w:rPr>
        <w:t xml:space="preserve">I’m </w:t>
      </w:r>
      <w:r w:rsidR="00714885">
        <w:rPr>
          <w:rFonts w:ascii="Arial" w:hAnsi="Arial"/>
        </w:rPr>
        <w:t>going to open this up to, I guess, any questio</w:t>
      </w:r>
      <w:r w:rsidR="002A2647">
        <w:rPr>
          <w:rFonts w:ascii="Arial" w:hAnsi="Arial"/>
        </w:rPr>
        <w:t>ns.”</w:t>
      </w:r>
    </w:p>
    <w:p w14:paraId="7B423E0D" w14:textId="77777777" w:rsidR="005F66E8" w:rsidRDefault="005F66E8">
      <w:pPr>
        <w:spacing w:after="0"/>
        <w:rPr>
          <w:rFonts w:ascii="Arial" w:hAnsi="Arial"/>
        </w:rPr>
      </w:pPr>
    </w:p>
    <w:p w14:paraId="06D39714" w14:textId="77777777" w:rsidR="00AA5CD8" w:rsidRDefault="005F66E8">
      <w:pPr>
        <w:spacing w:after="0"/>
        <w:rPr>
          <w:rFonts w:ascii="Arial" w:hAnsi="Arial"/>
        </w:rPr>
      </w:pPr>
      <w:r>
        <w:rPr>
          <w:rFonts w:ascii="Arial" w:hAnsi="Arial"/>
          <w:b/>
        </w:rPr>
        <w:t>An</w:t>
      </w:r>
      <w:r w:rsidR="00714885">
        <w:rPr>
          <w:rFonts w:ascii="Arial" w:hAnsi="Arial"/>
          <w:b/>
        </w:rPr>
        <w:t>thony Tibbs</w:t>
      </w:r>
      <w:r w:rsidR="00AA5CD8">
        <w:rPr>
          <w:rFonts w:ascii="Arial" w:hAnsi="Arial"/>
          <w:b/>
        </w:rPr>
        <w:t>:</w:t>
      </w:r>
      <w:r w:rsidR="00714885">
        <w:rPr>
          <w:rFonts w:ascii="Arial" w:hAnsi="Arial"/>
          <w:b/>
        </w:rPr>
        <w:t xml:space="preserve"> </w:t>
      </w:r>
      <w:r w:rsidR="00714885">
        <w:rPr>
          <w:rFonts w:ascii="Arial" w:hAnsi="Arial"/>
        </w:rPr>
        <w:t xml:space="preserve"> </w:t>
      </w:r>
    </w:p>
    <w:p w14:paraId="57CB94AE" w14:textId="4EB6D7D2" w:rsidR="006406E7" w:rsidRDefault="00CE6F59">
      <w:pPr>
        <w:spacing w:after="0"/>
      </w:pPr>
      <w:r>
        <w:rPr>
          <w:rFonts w:ascii="Arial" w:hAnsi="Arial"/>
        </w:rPr>
        <w:t>“T</w:t>
      </w:r>
      <w:r w:rsidR="00714885">
        <w:rPr>
          <w:rFonts w:ascii="Arial" w:hAnsi="Arial"/>
        </w:rPr>
        <w:t xml:space="preserve">hank you very much for that great presentation. If anybody has a question, you can raise your hand </w:t>
      </w:r>
      <w:r w:rsidR="00AA5CD8">
        <w:rPr>
          <w:rFonts w:ascii="Arial" w:hAnsi="Arial"/>
        </w:rPr>
        <w:t xml:space="preserve">… </w:t>
      </w:r>
      <w:r w:rsidR="000C3AEF">
        <w:rPr>
          <w:rFonts w:ascii="Arial" w:hAnsi="Arial"/>
        </w:rPr>
        <w:t>A</w:t>
      </w:r>
      <w:r w:rsidR="00714885">
        <w:rPr>
          <w:rFonts w:ascii="Arial" w:hAnsi="Arial"/>
        </w:rPr>
        <w:t>lt</w:t>
      </w:r>
      <w:r w:rsidR="00AA5CD8">
        <w:rPr>
          <w:rFonts w:ascii="Arial" w:hAnsi="Arial"/>
        </w:rPr>
        <w:t xml:space="preserve">Y </w:t>
      </w:r>
      <w:r w:rsidR="00714885">
        <w:rPr>
          <w:rFonts w:ascii="Arial" w:hAnsi="Arial"/>
        </w:rPr>
        <w:t xml:space="preserve"> on PC </w:t>
      </w:r>
      <w:r w:rsidR="000C3AEF">
        <w:rPr>
          <w:rFonts w:ascii="Arial" w:hAnsi="Arial"/>
        </w:rPr>
        <w:t>C</w:t>
      </w:r>
      <w:r w:rsidR="00714885">
        <w:rPr>
          <w:rFonts w:ascii="Arial" w:hAnsi="Arial"/>
        </w:rPr>
        <w:t>ommand</w:t>
      </w:r>
      <w:r w:rsidR="000C3AEF">
        <w:rPr>
          <w:rFonts w:ascii="Arial" w:hAnsi="Arial"/>
        </w:rPr>
        <w:t xml:space="preserve">Y </w:t>
      </w:r>
      <w:r w:rsidR="00714885">
        <w:rPr>
          <w:rFonts w:ascii="Arial" w:hAnsi="Arial"/>
        </w:rPr>
        <w:t>on Mac</w:t>
      </w:r>
      <w:r w:rsidR="000C3AEF">
        <w:rPr>
          <w:rFonts w:ascii="Arial" w:hAnsi="Arial"/>
        </w:rPr>
        <w:t>.</w:t>
      </w:r>
      <w:r w:rsidR="00714885">
        <w:rPr>
          <w:rFonts w:ascii="Arial" w:hAnsi="Arial"/>
        </w:rPr>
        <w:t xml:space="preserve"> I see one</w:t>
      </w:r>
      <w:r w:rsidR="000C3AEF">
        <w:rPr>
          <w:rFonts w:ascii="Arial" w:hAnsi="Arial"/>
        </w:rPr>
        <w:t xml:space="preserve">, </w:t>
      </w:r>
      <w:r w:rsidR="00714885">
        <w:rPr>
          <w:rFonts w:ascii="Arial" w:hAnsi="Arial"/>
        </w:rPr>
        <w:t>Ki</w:t>
      </w:r>
      <w:r>
        <w:rPr>
          <w:rFonts w:ascii="Arial" w:hAnsi="Arial"/>
        </w:rPr>
        <w:t>m.”</w:t>
      </w:r>
    </w:p>
    <w:p w14:paraId="3813C655" w14:textId="77777777" w:rsidR="006406E7" w:rsidRDefault="006406E7">
      <w:pPr>
        <w:spacing w:after="0"/>
      </w:pPr>
    </w:p>
    <w:p w14:paraId="69AC6CAA" w14:textId="5C08DFDC" w:rsidR="006406E7" w:rsidRDefault="00714885">
      <w:pPr>
        <w:spacing w:after="0"/>
      </w:pPr>
      <w:r>
        <w:rPr>
          <w:rFonts w:ascii="Arial" w:hAnsi="Arial"/>
          <w:b/>
        </w:rPr>
        <w:t>Kim Kilpatrick</w:t>
      </w:r>
      <w:r w:rsidR="000C3AEF">
        <w:rPr>
          <w:rFonts w:ascii="Arial" w:hAnsi="Arial"/>
          <w:b/>
        </w:rPr>
        <w:t>:</w:t>
      </w:r>
    </w:p>
    <w:p w14:paraId="16D1A208" w14:textId="36D44462" w:rsidR="006406E7" w:rsidRDefault="000C3AEF">
      <w:pPr>
        <w:spacing w:after="0"/>
      </w:pPr>
      <w:r>
        <w:rPr>
          <w:rFonts w:ascii="Arial" w:hAnsi="Arial"/>
        </w:rPr>
        <w:t>“A</w:t>
      </w:r>
      <w:r w:rsidR="00714885">
        <w:rPr>
          <w:rFonts w:ascii="Arial" w:hAnsi="Arial"/>
        </w:rPr>
        <w:t>m I unmuted? Wait, I think I am</w:t>
      </w:r>
      <w:r w:rsidR="00AC6547">
        <w:rPr>
          <w:rFonts w:ascii="Arial" w:hAnsi="Arial"/>
        </w:rPr>
        <w:t>.</w:t>
      </w:r>
      <w:r w:rsidR="00714885">
        <w:rPr>
          <w:rFonts w:ascii="Arial" w:hAnsi="Arial"/>
        </w:rPr>
        <w:t xml:space="preserve"> </w:t>
      </w:r>
      <w:r w:rsidR="00AC6547">
        <w:rPr>
          <w:rFonts w:ascii="Arial" w:hAnsi="Arial"/>
        </w:rPr>
        <w:t>O</w:t>
      </w:r>
      <w:r w:rsidR="00714885">
        <w:rPr>
          <w:rFonts w:ascii="Arial" w:hAnsi="Arial"/>
        </w:rPr>
        <w:t>kay</w:t>
      </w:r>
      <w:r w:rsidR="00AC6547">
        <w:rPr>
          <w:rFonts w:ascii="Arial" w:hAnsi="Arial"/>
        </w:rPr>
        <w:t>,</w:t>
      </w:r>
      <w:r w:rsidR="00714885">
        <w:rPr>
          <w:rFonts w:ascii="Arial" w:hAnsi="Arial"/>
        </w:rPr>
        <w:t xml:space="preserve"> </w:t>
      </w:r>
      <w:r w:rsidR="00AC6547">
        <w:rPr>
          <w:rFonts w:ascii="Arial" w:hAnsi="Arial"/>
        </w:rPr>
        <w:t>w</w:t>
      </w:r>
      <w:r w:rsidR="00714885">
        <w:rPr>
          <w:rFonts w:ascii="Arial" w:hAnsi="Arial"/>
        </w:rPr>
        <w:t>ell, thank you so much</w:t>
      </w:r>
      <w:r w:rsidR="00BA63A8">
        <w:rPr>
          <w:rFonts w:ascii="Arial" w:hAnsi="Arial"/>
        </w:rPr>
        <w:t>,</w:t>
      </w:r>
      <w:r w:rsidR="00714885">
        <w:rPr>
          <w:rFonts w:ascii="Arial" w:hAnsi="Arial"/>
        </w:rPr>
        <w:t xml:space="preserve"> Noreen</w:t>
      </w:r>
      <w:r w:rsidR="00AC6547">
        <w:rPr>
          <w:rFonts w:ascii="Arial" w:hAnsi="Arial"/>
        </w:rPr>
        <w:t>.</w:t>
      </w:r>
      <w:r w:rsidR="00714885">
        <w:rPr>
          <w:rFonts w:ascii="Arial" w:hAnsi="Arial"/>
        </w:rPr>
        <w:t xml:space="preserve"> </w:t>
      </w:r>
      <w:r w:rsidR="00AC6547">
        <w:rPr>
          <w:rFonts w:ascii="Arial" w:hAnsi="Arial"/>
        </w:rPr>
        <w:t>T</w:t>
      </w:r>
      <w:r w:rsidR="00714885">
        <w:rPr>
          <w:rFonts w:ascii="Arial" w:hAnsi="Arial"/>
        </w:rPr>
        <w:t xml:space="preserve">hat was </w:t>
      </w:r>
      <w:proofErr w:type="gramStart"/>
      <w:r w:rsidR="00714885">
        <w:rPr>
          <w:rFonts w:ascii="Arial" w:hAnsi="Arial"/>
        </w:rPr>
        <w:t>so</w:t>
      </w:r>
      <w:r w:rsidR="00943741">
        <w:rPr>
          <w:rFonts w:ascii="Arial" w:hAnsi="Arial"/>
        </w:rPr>
        <w:t>—</w:t>
      </w:r>
      <w:r w:rsidR="00714885">
        <w:rPr>
          <w:rFonts w:ascii="Arial" w:hAnsi="Arial"/>
        </w:rPr>
        <w:t>that was</w:t>
      </w:r>
      <w:proofErr w:type="gramEnd"/>
      <w:r w:rsidR="00714885">
        <w:rPr>
          <w:rFonts w:ascii="Arial" w:hAnsi="Arial"/>
        </w:rPr>
        <w:t xml:space="preserve"> impressive. I'm really grateful for you</w:t>
      </w:r>
      <w:r w:rsidR="00BA63A8">
        <w:rPr>
          <w:rFonts w:ascii="Arial" w:hAnsi="Arial"/>
        </w:rPr>
        <w:t>,</w:t>
      </w:r>
      <w:r w:rsidR="00714885">
        <w:rPr>
          <w:rFonts w:ascii="Arial" w:hAnsi="Arial"/>
        </w:rPr>
        <w:t xml:space="preserve"> for all those years ago, not just saying, </w:t>
      </w:r>
      <w:r w:rsidR="00BA63A8">
        <w:rPr>
          <w:rFonts w:ascii="Arial" w:hAnsi="Arial"/>
        </w:rPr>
        <w:t>“O</w:t>
      </w:r>
      <w:r w:rsidR="00714885">
        <w:rPr>
          <w:rFonts w:ascii="Arial" w:hAnsi="Arial"/>
        </w:rPr>
        <w:t>h no, all I have to do is just get them in their seats, and who cares about whether they get anything</w:t>
      </w:r>
      <w:r w:rsidR="00BA63A8">
        <w:rPr>
          <w:rFonts w:ascii="Arial" w:hAnsi="Arial"/>
        </w:rPr>
        <w:t xml:space="preserve"> out of </w:t>
      </w:r>
      <w:r w:rsidR="005A6FD4">
        <w:rPr>
          <w:rFonts w:ascii="Arial" w:hAnsi="Arial"/>
        </w:rPr>
        <w:t xml:space="preserve">it.” </w:t>
      </w:r>
      <w:r w:rsidR="00714885">
        <w:rPr>
          <w:rFonts w:ascii="Arial" w:hAnsi="Arial"/>
        </w:rPr>
        <w:t>Being blind since birth, I know that that happens, and people don't ever follow up, so that's awesome. I just wondered, do you know how big a difference your books have made in having people who are blind pursue careers in these type of sciences? I just wondered a little bit about tha</w:t>
      </w:r>
      <w:r w:rsidR="005A6FD4">
        <w:rPr>
          <w:rFonts w:ascii="Arial" w:hAnsi="Arial"/>
        </w:rPr>
        <w:t>t.”</w:t>
      </w:r>
    </w:p>
    <w:p w14:paraId="0341D272" w14:textId="77777777" w:rsidR="006406E7" w:rsidRDefault="006406E7">
      <w:pPr>
        <w:spacing w:after="0"/>
      </w:pPr>
    </w:p>
    <w:p w14:paraId="69EAA0A4" w14:textId="77777777" w:rsidR="00DB3E6D" w:rsidRDefault="00DB3E6D">
      <w:pPr>
        <w:spacing w:after="0"/>
        <w:rPr>
          <w:rFonts w:ascii="Arial" w:hAnsi="Arial"/>
        </w:rPr>
      </w:pPr>
      <w:r>
        <w:rPr>
          <w:rFonts w:ascii="Arial" w:hAnsi="Arial"/>
        </w:rPr>
        <w:t>Noreen Grice:</w:t>
      </w:r>
    </w:p>
    <w:p w14:paraId="67CAB8FB" w14:textId="08FBAD9B" w:rsidR="00802FC2" w:rsidRDefault="00714885">
      <w:pPr>
        <w:spacing w:after="0"/>
        <w:rPr>
          <w:rFonts w:ascii="Arial" w:hAnsi="Arial"/>
        </w:rPr>
      </w:pPr>
      <w:r>
        <w:rPr>
          <w:rFonts w:ascii="Arial" w:hAnsi="Arial"/>
        </w:rPr>
        <w:t>Well, I'm glad you asked that question. I can tell you, a few years ago, I</w:t>
      </w:r>
      <w:r w:rsidR="00DB3E6D">
        <w:rPr>
          <w:rFonts w:ascii="Arial" w:hAnsi="Arial"/>
        </w:rPr>
        <w:t>,</w:t>
      </w:r>
      <w:r>
        <w:rPr>
          <w:rFonts w:ascii="Arial" w:hAnsi="Arial"/>
        </w:rPr>
        <w:t xml:space="preserve"> I, I had</w:t>
      </w:r>
      <w:r w:rsidR="00DB3E6D">
        <w:rPr>
          <w:rFonts w:ascii="Arial" w:hAnsi="Arial"/>
        </w:rPr>
        <w:t>.</w:t>
      </w:r>
      <w:r>
        <w:rPr>
          <w:rFonts w:ascii="Arial" w:hAnsi="Arial"/>
        </w:rPr>
        <w:t xml:space="preserve"> I haven't been able to go to one of the National Federation of the Blind conferences in a few years. I did, like every year up to that point, but the last time I went, I don't </w:t>
      </w:r>
      <w:proofErr w:type="gramStart"/>
      <w:r>
        <w:rPr>
          <w:rFonts w:ascii="Arial" w:hAnsi="Arial"/>
        </w:rPr>
        <w:t>know if you</w:t>
      </w:r>
      <w:r w:rsidR="00943741">
        <w:rPr>
          <w:rFonts w:ascii="Arial" w:hAnsi="Arial"/>
        </w:rPr>
        <w:t>—</w:t>
      </w:r>
      <w:proofErr w:type="gramEnd"/>
      <w:r>
        <w:rPr>
          <w:rFonts w:ascii="Arial" w:hAnsi="Arial"/>
        </w:rPr>
        <w:t>if you've ever been to one of these conferences</w:t>
      </w:r>
      <w:r w:rsidR="005A64B8">
        <w:rPr>
          <w:rFonts w:ascii="Arial" w:hAnsi="Arial"/>
        </w:rPr>
        <w:t>.</w:t>
      </w:r>
      <w:r>
        <w:rPr>
          <w:rFonts w:ascii="Arial" w:hAnsi="Arial"/>
        </w:rPr>
        <w:t xml:space="preserve"> </w:t>
      </w:r>
      <w:r w:rsidR="00AE6F6F">
        <w:rPr>
          <w:rFonts w:ascii="Arial" w:hAnsi="Arial"/>
        </w:rPr>
        <w:t>B</w:t>
      </w:r>
      <w:r>
        <w:rPr>
          <w:rFonts w:ascii="Arial" w:hAnsi="Arial"/>
        </w:rPr>
        <w:t xml:space="preserve">ut </w:t>
      </w:r>
      <w:r w:rsidR="005A64B8">
        <w:rPr>
          <w:rFonts w:ascii="Arial" w:hAnsi="Arial"/>
        </w:rPr>
        <w:t xml:space="preserve">if </w:t>
      </w:r>
      <w:r>
        <w:rPr>
          <w:rFonts w:ascii="Arial" w:hAnsi="Arial"/>
        </w:rPr>
        <w:t>you have, you know, there's a lot of different sessions</w:t>
      </w:r>
      <w:r w:rsidR="00AE6F6F">
        <w:rPr>
          <w:rFonts w:ascii="Arial" w:hAnsi="Arial"/>
        </w:rPr>
        <w:t>.</w:t>
      </w:r>
      <w:r>
        <w:rPr>
          <w:rFonts w:ascii="Arial" w:hAnsi="Arial"/>
        </w:rPr>
        <w:t xml:space="preserve"> </w:t>
      </w:r>
      <w:r w:rsidR="00AE6F6F">
        <w:rPr>
          <w:rFonts w:ascii="Arial" w:hAnsi="Arial"/>
        </w:rPr>
        <w:t>A</w:t>
      </w:r>
      <w:r>
        <w:rPr>
          <w:rFonts w:ascii="Arial" w:hAnsi="Arial"/>
        </w:rPr>
        <w:t xml:space="preserve">nd then one day there's, it's kind of like a division session. And so there was the meeting of the science and engineering group, which I always went to. So I went in the room, you know, and there were people sitting in the room, and the person who's the president of the division said, </w:t>
      </w:r>
      <w:r w:rsidR="00AE6F6F">
        <w:rPr>
          <w:rFonts w:ascii="Arial" w:hAnsi="Arial"/>
        </w:rPr>
        <w:t>“W</w:t>
      </w:r>
      <w:r>
        <w:rPr>
          <w:rFonts w:ascii="Arial" w:hAnsi="Arial"/>
        </w:rPr>
        <w:t>ell, let's begin by each saying our name. Let's go around the room so we know who's her</w:t>
      </w:r>
      <w:r w:rsidR="00802FC2">
        <w:rPr>
          <w:rFonts w:ascii="Arial" w:hAnsi="Arial"/>
        </w:rPr>
        <w:t xml:space="preserve">e.” </w:t>
      </w:r>
    </w:p>
    <w:p w14:paraId="6D1D47AC" w14:textId="77777777" w:rsidR="00802FC2" w:rsidRDefault="00802FC2">
      <w:pPr>
        <w:spacing w:after="0"/>
        <w:rPr>
          <w:rFonts w:ascii="Arial" w:hAnsi="Arial"/>
        </w:rPr>
      </w:pPr>
    </w:p>
    <w:p w14:paraId="4D294156" w14:textId="77777777" w:rsidR="002C7A71" w:rsidRDefault="00714885">
      <w:pPr>
        <w:spacing w:after="0"/>
        <w:rPr>
          <w:rFonts w:ascii="Arial" w:hAnsi="Arial"/>
        </w:rPr>
      </w:pPr>
      <w:r>
        <w:rPr>
          <w:rFonts w:ascii="Arial" w:hAnsi="Arial"/>
        </w:rPr>
        <w:t>I happen</w:t>
      </w:r>
      <w:r w:rsidR="00AE6F6F">
        <w:rPr>
          <w:rFonts w:ascii="Arial" w:hAnsi="Arial"/>
        </w:rPr>
        <w:t>ed</w:t>
      </w:r>
      <w:r>
        <w:rPr>
          <w:rFonts w:ascii="Arial" w:hAnsi="Arial"/>
        </w:rPr>
        <w:t xml:space="preserve"> to be sitting in the back of the row, so that was fine. So people are, you know, saying who they are and if they're a student or what their position is. And then</w:t>
      </w:r>
      <w:r w:rsidR="00802FC2">
        <w:rPr>
          <w:rFonts w:ascii="Arial" w:hAnsi="Arial"/>
        </w:rPr>
        <w:t>,</w:t>
      </w:r>
      <w:r>
        <w:rPr>
          <w:rFonts w:ascii="Arial" w:hAnsi="Arial"/>
        </w:rPr>
        <w:t xml:space="preserve"> when we got to me, I just said, </w:t>
      </w:r>
      <w:r w:rsidR="00802FC2">
        <w:rPr>
          <w:rFonts w:ascii="Arial" w:hAnsi="Arial"/>
        </w:rPr>
        <w:t>“H</w:t>
      </w:r>
      <w:r>
        <w:rPr>
          <w:rFonts w:ascii="Arial" w:hAnsi="Arial"/>
        </w:rPr>
        <w:t xml:space="preserve">i, I'm Noreen Grice. I'm an astronomy educator, and I've, I've written some astronomy tactile </w:t>
      </w:r>
      <w:r w:rsidR="002C7A71">
        <w:rPr>
          <w:rFonts w:ascii="Arial" w:hAnsi="Arial"/>
        </w:rPr>
        <w:t>books.”</w:t>
      </w:r>
      <w:r>
        <w:rPr>
          <w:rFonts w:ascii="Arial" w:hAnsi="Arial"/>
        </w:rPr>
        <w:t xml:space="preserve"> </w:t>
      </w:r>
    </w:p>
    <w:p w14:paraId="51E68620" w14:textId="77777777" w:rsidR="002C7A71" w:rsidRDefault="002C7A71">
      <w:pPr>
        <w:spacing w:after="0"/>
        <w:rPr>
          <w:rFonts w:ascii="Arial" w:hAnsi="Arial"/>
        </w:rPr>
      </w:pPr>
    </w:p>
    <w:p w14:paraId="7F47E67A" w14:textId="77777777" w:rsidR="004158DA" w:rsidRDefault="00714885">
      <w:pPr>
        <w:spacing w:after="0"/>
        <w:rPr>
          <w:rFonts w:ascii="Arial" w:hAnsi="Arial"/>
        </w:rPr>
      </w:pPr>
      <w:r>
        <w:rPr>
          <w:rFonts w:ascii="Arial" w:hAnsi="Arial"/>
        </w:rPr>
        <w:t xml:space="preserve">Well, I was so surprised, the person in front of me turned their chair quickly and said, </w:t>
      </w:r>
      <w:r w:rsidR="002C7A71">
        <w:rPr>
          <w:rFonts w:ascii="Arial" w:hAnsi="Arial"/>
        </w:rPr>
        <w:t>“Y</w:t>
      </w:r>
      <w:r>
        <w:rPr>
          <w:rFonts w:ascii="Arial" w:hAnsi="Arial"/>
        </w:rPr>
        <w:t>o</w:t>
      </w:r>
      <w:r w:rsidR="002C7A71">
        <w:rPr>
          <w:rFonts w:ascii="Arial" w:hAnsi="Arial"/>
        </w:rPr>
        <w:t>u? B</w:t>
      </w:r>
      <w:r>
        <w:rPr>
          <w:rFonts w:ascii="Arial" w:hAnsi="Arial"/>
        </w:rPr>
        <w:t>ecause of you, I am a scientist, you kno</w:t>
      </w:r>
      <w:r w:rsidR="00727871">
        <w:rPr>
          <w:rFonts w:ascii="Arial" w:hAnsi="Arial"/>
        </w:rPr>
        <w:t>w.”</w:t>
      </w:r>
      <w:r>
        <w:rPr>
          <w:rFonts w:ascii="Arial" w:hAnsi="Arial"/>
        </w:rPr>
        <w:t xml:space="preserve"> And then other people started</w:t>
      </w:r>
      <w:r w:rsidR="00727871">
        <w:rPr>
          <w:rFonts w:ascii="Arial" w:hAnsi="Arial"/>
        </w:rPr>
        <w:t>. “B</w:t>
      </w:r>
      <w:r>
        <w:rPr>
          <w:rFonts w:ascii="Arial" w:hAnsi="Arial"/>
        </w:rPr>
        <w:t>ecause I had that book, I decided to go into science and engineerin</w:t>
      </w:r>
      <w:r w:rsidR="00727871">
        <w:rPr>
          <w:rFonts w:ascii="Arial" w:hAnsi="Arial"/>
        </w:rPr>
        <w:t xml:space="preserve">g.” </w:t>
      </w:r>
    </w:p>
    <w:p w14:paraId="3713D427" w14:textId="77777777" w:rsidR="004158DA" w:rsidRDefault="004158DA">
      <w:pPr>
        <w:spacing w:after="0"/>
        <w:rPr>
          <w:rFonts w:ascii="Arial" w:hAnsi="Arial"/>
        </w:rPr>
      </w:pPr>
    </w:p>
    <w:p w14:paraId="32E4A379" w14:textId="70D56C1E" w:rsidR="006406E7" w:rsidRDefault="00714885">
      <w:pPr>
        <w:spacing w:after="0"/>
      </w:pPr>
      <w:r>
        <w:rPr>
          <w:rFonts w:ascii="Arial" w:hAnsi="Arial"/>
        </w:rPr>
        <w:t>So all of a sudden, suddenly, people turn their chairs to me and were telling me that my books mattered. And that was</w:t>
      </w:r>
      <w:r w:rsidR="00943741">
        <w:rPr>
          <w:rFonts w:ascii="Arial" w:hAnsi="Arial"/>
        </w:rPr>
        <w:t>—</w:t>
      </w:r>
      <w:r>
        <w:rPr>
          <w:rFonts w:ascii="Arial" w:hAnsi="Arial"/>
        </w:rPr>
        <w:t>it w</w:t>
      </w:r>
      <w:r w:rsidR="00943741">
        <w:rPr>
          <w:rFonts w:ascii="Arial" w:hAnsi="Arial"/>
        </w:rPr>
        <w:t xml:space="preserve">as—it </w:t>
      </w:r>
      <w:r w:rsidR="00B1710D">
        <w:rPr>
          <w:rFonts w:ascii="Arial" w:hAnsi="Arial"/>
        </w:rPr>
        <w:t xml:space="preserve">was so </w:t>
      </w:r>
      <w:r>
        <w:rPr>
          <w:rFonts w:ascii="Arial" w:hAnsi="Arial"/>
        </w:rPr>
        <w:t xml:space="preserve">unexpected at </w:t>
      </w:r>
      <w:r w:rsidR="00B1710D">
        <w:rPr>
          <w:rFonts w:ascii="Arial" w:hAnsi="Arial"/>
        </w:rPr>
        <w:t xml:space="preserve">that </w:t>
      </w:r>
      <w:r>
        <w:rPr>
          <w:rFonts w:ascii="Arial" w:hAnsi="Arial"/>
        </w:rPr>
        <w:t xml:space="preserve"> moment</w:t>
      </w:r>
      <w:r w:rsidR="00B1710D">
        <w:rPr>
          <w:rFonts w:ascii="Arial" w:hAnsi="Arial"/>
        </w:rPr>
        <w:t>. B</w:t>
      </w:r>
      <w:r>
        <w:rPr>
          <w:rFonts w:ascii="Arial" w:hAnsi="Arial"/>
        </w:rPr>
        <w:t>ut it was so wonderful</w:t>
      </w:r>
      <w:r w:rsidR="00B1710D">
        <w:rPr>
          <w:rFonts w:ascii="Arial" w:hAnsi="Arial"/>
        </w:rPr>
        <w:t>. A</w:t>
      </w:r>
      <w:r>
        <w:rPr>
          <w:rFonts w:ascii="Arial" w:hAnsi="Arial"/>
        </w:rPr>
        <w:t>nd that was just a small sampling of</w:t>
      </w:r>
      <w:r w:rsidR="00B1710D">
        <w:rPr>
          <w:rFonts w:ascii="Arial" w:hAnsi="Arial"/>
        </w:rPr>
        <w:t>,</w:t>
      </w:r>
      <w:r>
        <w:rPr>
          <w:rFonts w:ascii="Arial" w:hAnsi="Arial"/>
        </w:rPr>
        <w:t xml:space="preserve"> you know, the people who were at that convention. </w:t>
      </w:r>
      <w:proofErr w:type="gramStart"/>
      <w:r>
        <w:rPr>
          <w:rFonts w:ascii="Arial" w:hAnsi="Arial"/>
        </w:rPr>
        <w:t>So</w:t>
      </w:r>
      <w:proofErr w:type="gramEnd"/>
      <w:r>
        <w:rPr>
          <w:rFonts w:ascii="Arial" w:hAnsi="Arial"/>
        </w:rPr>
        <w:t xml:space="preserve"> over the years, I have gotten emails from people and been contacted because of </w:t>
      </w:r>
      <w:r w:rsidR="0073110D" w:rsidRPr="0073110D">
        <w:rPr>
          <w:rFonts w:ascii="Arial" w:hAnsi="Arial"/>
          <w:i/>
          <w:iCs/>
        </w:rPr>
        <w:t xml:space="preserve">Touch </w:t>
      </w:r>
      <w:proofErr w:type="gramStart"/>
      <w:r w:rsidR="0073110D" w:rsidRPr="0073110D">
        <w:rPr>
          <w:rFonts w:ascii="Arial" w:hAnsi="Arial"/>
          <w:i/>
          <w:iCs/>
        </w:rPr>
        <w:t>The</w:t>
      </w:r>
      <w:proofErr w:type="gramEnd"/>
      <w:r w:rsidR="0073110D" w:rsidRPr="0073110D">
        <w:rPr>
          <w:rFonts w:ascii="Arial" w:hAnsi="Arial"/>
          <w:i/>
          <w:iCs/>
        </w:rPr>
        <w:t xml:space="preserve"> Stars</w:t>
      </w:r>
      <w:r>
        <w:rPr>
          <w:rFonts w:ascii="Arial" w:hAnsi="Arial"/>
        </w:rPr>
        <w:t xml:space="preserve">, not necessarily </w:t>
      </w:r>
      <w:proofErr w:type="gramStart"/>
      <w:r>
        <w:rPr>
          <w:rFonts w:ascii="Arial" w:hAnsi="Arial"/>
        </w:rPr>
        <w:t>that</w:t>
      </w:r>
      <w:proofErr w:type="gramEnd"/>
      <w:r>
        <w:rPr>
          <w:rFonts w:ascii="Arial" w:hAnsi="Arial"/>
        </w:rPr>
        <w:t xml:space="preserve"> they went into astronomy, </w:t>
      </w:r>
      <w:proofErr w:type="gramStart"/>
      <w:r>
        <w:rPr>
          <w:rFonts w:ascii="Arial" w:hAnsi="Arial"/>
        </w:rPr>
        <w:t>but</w:t>
      </w:r>
      <w:proofErr w:type="gramEnd"/>
      <w:r>
        <w:rPr>
          <w:rFonts w:ascii="Arial" w:hAnsi="Arial"/>
        </w:rPr>
        <w:t xml:space="preserve"> they went into a STEM career</w:t>
      </w:r>
      <w:r w:rsidR="0073110D">
        <w:rPr>
          <w:rFonts w:ascii="Arial" w:hAnsi="Arial"/>
        </w:rPr>
        <w:t>;</w:t>
      </w:r>
      <w:r>
        <w:rPr>
          <w:rFonts w:ascii="Arial" w:hAnsi="Arial"/>
        </w:rPr>
        <w:t xml:space="preserve"> and they believed that they could be </w:t>
      </w:r>
      <w:proofErr w:type="gramStart"/>
      <w:r>
        <w:rPr>
          <w:rFonts w:ascii="Arial" w:hAnsi="Arial"/>
        </w:rPr>
        <w:t>a scientist</w:t>
      </w:r>
      <w:proofErr w:type="gramEnd"/>
      <w:r>
        <w:rPr>
          <w:rFonts w:ascii="Arial" w:hAnsi="Arial"/>
        </w:rPr>
        <w:t>. And so that was the personal feedback that I got, like right at that moment</w:t>
      </w:r>
      <w:r w:rsidR="00AA6B7B">
        <w:rPr>
          <w:rFonts w:ascii="Arial" w:hAnsi="Arial"/>
        </w:rPr>
        <w:t>,</w:t>
      </w:r>
      <w:r>
        <w:rPr>
          <w:rFonts w:ascii="Arial" w:hAnsi="Arial"/>
        </w:rPr>
        <w:t xml:space="preserve"> </w:t>
      </w:r>
      <w:proofErr w:type="gramStart"/>
      <w:r>
        <w:rPr>
          <w:rFonts w:ascii="Arial" w:hAnsi="Arial"/>
        </w:rPr>
        <w:t>in</w:t>
      </w:r>
      <w:proofErr w:type="gramEnd"/>
      <w:r>
        <w:rPr>
          <w:rFonts w:ascii="Arial" w:hAnsi="Arial"/>
        </w:rPr>
        <w:t xml:space="preserve"> that conference. And I'll just never forget that feelin</w:t>
      </w:r>
      <w:r w:rsidR="002A2647">
        <w:rPr>
          <w:rFonts w:ascii="Arial" w:hAnsi="Arial"/>
        </w:rPr>
        <w:t>g.”</w:t>
      </w:r>
    </w:p>
    <w:p w14:paraId="08602563" w14:textId="77777777" w:rsidR="006406E7" w:rsidRDefault="006406E7">
      <w:pPr>
        <w:spacing w:after="0"/>
      </w:pPr>
    </w:p>
    <w:p w14:paraId="20470FAD" w14:textId="77777777" w:rsidR="002F50B1" w:rsidRDefault="00714885">
      <w:pPr>
        <w:spacing w:after="0"/>
        <w:rPr>
          <w:rFonts w:ascii="Arial" w:hAnsi="Arial"/>
          <w:b/>
        </w:rPr>
      </w:pPr>
      <w:r>
        <w:rPr>
          <w:rFonts w:ascii="Arial" w:hAnsi="Arial"/>
          <w:b/>
        </w:rPr>
        <w:t>Anthony Tibbs</w:t>
      </w:r>
      <w:r w:rsidR="00AA6B7B">
        <w:rPr>
          <w:rFonts w:ascii="Arial" w:hAnsi="Arial"/>
          <w:b/>
        </w:rPr>
        <w:t>:</w:t>
      </w:r>
    </w:p>
    <w:p w14:paraId="534ADA5E" w14:textId="1DB3D89F" w:rsidR="002F50B1" w:rsidRDefault="002F50B1">
      <w:pPr>
        <w:spacing w:after="0"/>
        <w:rPr>
          <w:rFonts w:ascii="Arial" w:hAnsi="Arial"/>
          <w:b/>
        </w:rPr>
      </w:pPr>
      <w:r>
        <w:rPr>
          <w:rFonts w:ascii="Arial" w:hAnsi="Arial"/>
          <w:b/>
        </w:rPr>
        <w:t>“Jen</w:t>
      </w:r>
      <w:r w:rsidR="00BD7B25">
        <w:rPr>
          <w:rFonts w:ascii="Arial" w:hAnsi="Arial"/>
          <w:b/>
        </w:rPr>
        <w:t xml:space="preserve"> Golden.</w:t>
      </w:r>
      <w:r>
        <w:rPr>
          <w:rFonts w:ascii="Arial" w:hAnsi="Arial"/>
          <w:b/>
        </w:rPr>
        <w:t>”</w:t>
      </w:r>
    </w:p>
    <w:p w14:paraId="6B8704EE" w14:textId="46415446" w:rsidR="006406E7" w:rsidRDefault="002F50B1">
      <w:pPr>
        <w:spacing w:after="0"/>
      </w:pPr>
      <w:r>
        <w:rPr>
          <w:rFonts w:ascii="Arial" w:hAnsi="Arial"/>
          <w:b/>
        </w:rPr>
        <w:t xml:space="preserve"> </w:t>
      </w:r>
      <w:r w:rsidR="00714885">
        <w:rPr>
          <w:rFonts w:ascii="Arial" w:hAnsi="Arial"/>
          <w:b/>
        </w:rPr>
        <w:t xml:space="preserve">  </w:t>
      </w:r>
    </w:p>
    <w:p w14:paraId="35D5009E" w14:textId="79A83949" w:rsidR="006406E7" w:rsidRDefault="00AA6B7B">
      <w:pPr>
        <w:spacing w:after="0"/>
      </w:pPr>
      <w:r>
        <w:rPr>
          <w:rFonts w:ascii="Arial" w:hAnsi="Arial"/>
        </w:rPr>
        <w:t>J</w:t>
      </w:r>
      <w:r w:rsidR="00714885">
        <w:rPr>
          <w:rFonts w:ascii="Arial" w:hAnsi="Arial"/>
        </w:rPr>
        <w:t>en golde</w:t>
      </w:r>
      <w:r>
        <w:rPr>
          <w:rFonts w:ascii="Arial" w:hAnsi="Arial"/>
        </w:rPr>
        <w:t>n</w:t>
      </w:r>
      <w:r w:rsidR="002F50B1">
        <w:rPr>
          <w:rFonts w:ascii="Arial" w:hAnsi="Arial"/>
        </w:rPr>
        <w:t>:</w:t>
      </w:r>
    </w:p>
    <w:p w14:paraId="536CD764" w14:textId="0DAF2D1E" w:rsidR="006406E7" w:rsidRDefault="002F50B1">
      <w:pPr>
        <w:spacing w:after="0"/>
      </w:pPr>
      <w:r>
        <w:rPr>
          <w:rFonts w:ascii="Arial" w:hAnsi="Arial"/>
        </w:rPr>
        <w:t>“Ca</w:t>
      </w:r>
      <w:r w:rsidR="00714885">
        <w:rPr>
          <w:rFonts w:ascii="Arial" w:hAnsi="Arial"/>
        </w:rPr>
        <w:t>n you hear m</w:t>
      </w:r>
      <w:r>
        <w:rPr>
          <w:rFonts w:ascii="Arial" w:hAnsi="Arial"/>
        </w:rPr>
        <w:t>e?”</w:t>
      </w:r>
    </w:p>
    <w:p w14:paraId="119002EE" w14:textId="77777777" w:rsidR="006406E7" w:rsidRDefault="006406E7">
      <w:pPr>
        <w:spacing w:after="0"/>
      </w:pPr>
    </w:p>
    <w:p w14:paraId="5CCD11A4" w14:textId="25360047" w:rsidR="006406E7" w:rsidRDefault="00714885">
      <w:pPr>
        <w:spacing w:after="0"/>
      </w:pPr>
      <w:r>
        <w:rPr>
          <w:rFonts w:ascii="Arial" w:hAnsi="Arial"/>
          <w:b/>
        </w:rPr>
        <w:t>Natalie Martiniello</w:t>
      </w:r>
      <w:r w:rsidR="002F50B1">
        <w:rPr>
          <w:rFonts w:ascii="Arial" w:hAnsi="Arial"/>
          <w:b/>
        </w:rPr>
        <w:t>:</w:t>
      </w:r>
    </w:p>
    <w:p w14:paraId="422AAEB9" w14:textId="280E67FA" w:rsidR="006406E7" w:rsidRDefault="00DD0A56">
      <w:pPr>
        <w:spacing w:after="0"/>
      </w:pPr>
      <w:r>
        <w:rPr>
          <w:rFonts w:ascii="Arial" w:hAnsi="Arial"/>
        </w:rPr>
        <w:t>“Y</w:t>
      </w:r>
      <w:r w:rsidR="00714885">
        <w:rPr>
          <w:rFonts w:ascii="Arial" w:hAnsi="Arial"/>
        </w:rPr>
        <w:t>es, oka</w:t>
      </w:r>
      <w:r>
        <w:rPr>
          <w:rFonts w:ascii="Arial" w:hAnsi="Arial"/>
        </w:rPr>
        <w:t>y.”</w:t>
      </w:r>
    </w:p>
    <w:p w14:paraId="7A7DC97E" w14:textId="77777777" w:rsidR="006406E7" w:rsidRDefault="006406E7">
      <w:pPr>
        <w:spacing w:after="0"/>
      </w:pPr>
    </w:p>
    <w:p w14:paraId="46A7E241" w14:textId="2B8E8572" w:rsidR="006406E7" w:rsidRDefault="00DD0A56">
      <w:pPr>
        <w:spacing w:after="0"/>
      </w:pPr>
      <w:r>
        <w:rPr>
          <w:rFonts w:ascii="Arial" w:hAnsi="Arial"/>
          <w:b/>
        </w:rPr>
        <w:t xml:space="preserve">Jen Golden: </w:t>
      </w:r>
    </w:p>
    <w:p w14:paraId="319FBEA4" w14:textId="4F81A33D" w:rsidR="006406E7" w:rsidRDefault="009251B4">
      <w:pPr>
        <w:spacing w:after="0"/>
      </w:pPr>
      <w:r>
        <w:rPr>
          <w:rFonts w:ascii="Arial" w:hAnsi="Arial"/>
        </w:rPr>
        <w:t>“I</w:t>
      </w:r>
      <w:r w:rsidR="00DD0A56">
        <w:rPr>
          <w:rFonts w:ascii="Arial" w:hAnsi="Arial"/>
        </w:rPr>
        <w:t xml:space="preserve">t </w:t>
      </w:r>
      <w:r w:rsidR="00714885">
        <w:rPr>
          <w:rFonts w:ascii="Arial" w:hAnsi="Arial"/>
        </w:rPr>
        <w:t>doesn't always work properly. I just wanted to say</w:t>
      </w:r>
      <w:r w:rsidR="0079170B">
        <w:rPr>
          <w:rFonts w:ascii="Arial" w:hAnsi="Arial"/>
        </w:rPr>
        <w:t>—</w:t>
      </w:r>
      <w:r w:rsidR="00714885">
        <w:rPr>
          <w:rFonts w:ascii="Arial" w:hAnsi="Arial"/>
        </w:rPr>
        <w:t xml:space="preserve">because I </w:t>
      </w:r>
      <w:proofErr w:type="gramStart"/>
      <w:r w:rsidR="00714885">
        <w:rPr>
          <w:rFonts w:ascii="Arial" w:hAnsi="Arial"/>
        </w:rPr>
        <w:t>actually have</w:t>
      </w:r>
      <w:proofErr w:type="gramEnd"/>
      <w:r w:rsidR="00714885">
        <w:rPr>
          <w:rFonts w:ascii="Arial" w:hAnsi="Arial"/>
        </w:rPr>
        <w:t xml:space="preserve"> </w:t>
      </w:r>
      <w:r w:rsidRPr="009251B4">
        <w:rPr>
          <w:rFonts w:ascii="Arial" w:hAnsi="Arial"/>
          <w:i/>
          <w:iCs/>
        </w:rPr>
        <w:t xml:space="preserve">Touch </w:t>
      </w:r>
      <w:proofErr w:type="gramStart"/>
      <w:r w:rsidRPr="009251B4">
        <w:rPr>
          <w:rFonts w:ascii="Arial" w:hAnsi="Arial"/>
          <w:i/>
          <w:iCs/>
        </w:rPr>
        <w:t>The</w:t>
      </w:r>
      <w:proofErr w:type="gramEnd"/>
      <w:r w:rsidRPr="009251B4">
        <w:rPr>
          <w:rFonts w:ascii="Arial" w:hAnsi="Arial"/>
          <w:i/>
          <w:iCs/>
        </w:rPr>
        <w:t xml:space="preserve"> Stars</w:t>
      </w:r>
      <w:r w:rsidR="00714885">
        <w:rPr>
          <w:rFonts w:ascii="Arial" w:hAnsi="Arial"/>
        </w:rPr>
        <w:t>. It is for anyone who is curious about it. It's well worth getting. I don't actually have it anymore. I took it to the International Council on English Braille</w:t>
      </w:r>
      <w:r w:rsidR="00D730E4">
        <w:rPr>
          <w:rFonts w:ascii="Arial" w:hAnsi="Arial"/>
        </w:rPr>
        <w:t>,</w:t>
      </w:r>
      <w:r w:rsidR="00714885">
        <w:rPr>
          <w:rFonts w:ascii="Arial" w:hAnsi="Arial"/>
        </w:rPr>
        <w:t xml:space="preserve"> </w:t>
      </w:r>
      <w:r w:rsidR="00D730E4">
        <w:rPr>
          <w:rFonts w:ascii="Arial" w:hAnsi="Arial"/>
        </w:rPr>
        <w:t>T</w:t>
      </w:r>
      <w:r w:rsidR="00714885">
        <w:rPr>
          <w:rFonts w:ascii="Arial" w:hAnsi="Arial"/>
        </w:rPr>
        <w:t>he General Assembly</w:t>
      </w:r>
      <w:r w:rsidR="00D730E4">
        <w:rPr>
          <w:rFonts w:ascii="Arial" w:hAnsi="Arial"/>
        </w:rPr>
        <w:t>,</w:t>
      </w:r>
      <w:r w:rsidR="00714885">
        <w:rPr>
          <w:rFonts w:ascii="Arial" w:hAnsi="Arial"/>
        </w:rPr>
        <w:t xml:space="preserve"> last year in New Zealand. So</w:t>
      </w:r>
      <w:r w:rsidR="00D730E4">
        <w:rPr>
          <w:rFonts w:ascii="Arial" w:hAnsi="Arial"/>
        </w:rPr>
        <w:t>,</w:t>
      </w:r>
      <w:r w:rsidR="00714885">
        <w:rPr>
          <w:rFonts w:ascii="Arial" w:hAnsi="Arial"/>
        </w:rPr>
        <w:t xml:space="preserve"> like</w:t>
      </w:r>
      <w:r w:rsidR="0079170B">
        <w:rPr>
          <w:rFonts w:ascii="Arial" w:hAnsi="Arial"/>
        </w:rPr>
        <w:t>—</w:t>
      </w:r>
      <w:r w:rsidR="00714885">
        <w:rPr>
          <w:rFonts w:ascii="Arial" w:hAnsi="Arial"/>
        </w:rPr>
        <w:t>we had a Braille</w:t>
      </w:r>
      <w:r w:rsidR="0079170B">
        <w:rPr>
          <w:rFonts w:ascii="Arial" w:hAnsi="Arial"/>
        </w:rPr>
        <w:t>—</w:t>
      </w:r>
      <w:r w:rsidR="00714885">
        <w:rPr>
          <w:rFonts w:ascii="Arial" w:hAnsi="Arial"/>
        </w:rPr>
        <w:t>sort of</w:t>
      </w:r>
      <w:r w:rsidR="0079170B">
        <w:rPr>
          <w:rFonts w:ascii="Arial" w:hAnsi="Arial"/>
        </w:rPr>
        <w:t>—</w:t>
      </w:r>
      <w:r w:rsidR="00714885">
        <w:rPr>
          <w:rFonts w:ascii="Arial" w:hAnsi="Arial"/>
        </w:rPr>
        <w:t>you could bring different things for people to see. And so I decided to donate it. And I thought this gives me a perfect excuse to buy the fifth edition. So, yeah, it's</w:t>
      </w:r>
      <w:r w:rsidR="0079170B">
        <w:rPr>
          <w:rFonts w:ascii="Arial" w:hAnsi="Arial"/>
        </w:rPr>
        <w:t>—</w:t>
      </w:r>
      <w:r w:rsidR="00714885">
        <w:rPr>
          <w:rFonts w:ascii="Arial" w:hAnsi="Arial"/>
        </w:rPr>
        <w:t>if you're interested in this kind of stuff, it's well worth i</w:t>
      </w:r>
      <w:r w:rsidR="00091399">
        <w:rPr>
          <w:rFonts w:ascii="Arial" w:hAnsi="Arial"/>
        </w:rPr>
        <w:t>t.”</w:t>
      </w:r>
    </w:p>
    <w:p w14:paraId="58616A0D" w14:textId="77777777" w:rsidR="006406E7" w:rsidRDefault="006406E7">
      <w:pPr>
        <w:spacing w:after="0"/>
      </w:pPr>
    </w:p>
    <w:p w14:paraId="04409454" w14:textId="29CFA4F7" w:rsidR="006406E7" w:rsidRDefault="00714885">
      <w:pPr>
        <w:spacing w:after="0"/>
      </w:pPr>
      <w:r>
        <w:rPr>
          <w:rFonts w:ascii="Arial" w:hAnsi="Arial"/>
          <w:b/>
        </w:rPr>
        <w:t>Anthony Tibbs</w:t>
      </w:r>
      <w:r w:rsidR="00091399">
        <w:rPr>
          <w:rFonts w:ascii="Arial" w:hAnsi="Arial"/>
          <w:b/>
        </w:rPr>
        <w:t>:</w:t>
      </w:r>
    </w:p>
    <w:p w14:paraId="57799E6C" w14:textId="77777777" w:rsidR="00BC266C" w:rsidRDefault="004B7855">
      <w:pPr>
        <w:spacing w:after="0"/>
        <w:rPr>
          <w:rFonts w:ascii="Arial" w:hAnsi="Arial"/>
        </w:rPr>
      </w:pPr>
      <w:r>
        <w:rPr>
          <w:rFonts w:ascii="Arial" w:hAnsi="Arial"/>
        </w:rPr>
        <w:t>“A</w:t>
      </w:r>
      <w:r w:rsidR="00714885">
        <w:rPr>
          <w:rFonts w:ascii="Arial" w:hAnsi="Arial"/>
        </w:rPr>
        <w:t>nd I think we have time for one more question</w:t>
      </w:r>
      <w:r w:rsidR="00BC266C">
        <w:rPr>
          <w:rFonts w:ascii="Arial" w:hAnsi="Arial"/>
        </w:rPr>
        <w:t>. **</w:t>
      </w:r>
      <w:r w:rsidR="00714885">
        <w:rPr>
          <w:rFonts w:ascii="Arial" w:hAnsi="Arial"/>
        </w:rPr>
        <w:t xml:space="preserve">Panic </w:t>
      </w:r>
      <w:r w:rsidR="00BC266C">
        <w:rPr>
          <w:rFonts w:ascii="Arial" w:hAnsi="Arial"/>
        </w:rPr>
        <w:t>**</w:t>
      </w:r>
      <w:proofErr w:type="spellStart"/>
      <w:r w:rsidR="00714885">
        <w:rPr>
          <w:rFonts w:ascii="Arial" w:hAnsi="Arial"/>
        </w:rPr>
        <w:t>giltis</w:t>
      </w:r>
      <w:proofErr w:type="spellEnd"/>
      <w:r>
        <w:rPr>
          <w:rFonts w:ascii="Arial" w:hAnsi="Arial"/>
        </w:rPr>
        <w:t xml:space="preserve"> …</w:t>
      </w:r>
      <w:r>
        <w:t xml:space="preserve">. </w:t>
      </w:r>
      <w:r w:rsidR="00714885">
        <w:rPr>
          <w:rFonts w:ascii="Arial" w:hAnsi="Arial"/>
        </w:rPr>
        <w:t>Maybe</w:t>
      </w:r>
      <w:r w:rsidR="003E19F0">
        <w:rPr>
          <w:rFonts w:ascii="Arial" w:hAnsi="Arial"/>
        </w:rPr>
        <w:t>. T</w:t>
      </w:r>
      <w:r w:rsidR="00714885">
        <w:rPr>
          <w:rFonts w:ascii="Arial" w:hAnsi="Arial"/>
        </w:rPr>
        <w:t>here we go</w:t>
      </w:r>
      <w:r>
        <w:rPr>
          <w:rFonts w:ascii="Arial" w:hAnsi="Arial"/>
        </w:rPr>
        <w:t>.  … D</w:t>
      </w:r>
      <w:r w:rsidR="00714885">
        <w:rPr>
          <w:rFonts w:ascii="Arial" w:hAnsi="Arial"/>
        </w:rPr>
        <w:t xml:space="preserve">id you have a question? </w:t>
      </w:r>
      <w:r w:rsidR="003E19F0">
        <w:rPr>
          <w:rFonts w:ascii="Arial" w:hAnsi="Arial"/>
        </w:rPr>
        <w:t xml:space="preserve">… </w:t>
      </w:r>
      <w:r w:rsidR="00714885">
        <w:rPr>
          <w:rFonts w:ascii="Arial" w:hAnsi="Arial"/>
        </w:rPr>
        <w:t>No, no, okay, you just accidentally</w:t>
      </w:r>
      <w:r w:rsidR="003E19F0">
        <w:rPr>
          <w:rFonts w:ascii="Arial" w:hAnsi="Arial"/>
        </w:rPr>
        <w:t xml:space="preserve"> … </w:t>
      </w:r>
      <w:r w:rsidR="00714885">
        <w:rPr>
          <w:rFonts w:ascii="Arial" w:hAnsi="Arial"/>
        </w:rPr>
        <w:t xml:space="preserve"> okay. Last question then</w:t>
      </w:r>
      <w:r w:rsidR="00BC266C">
        <w:rPr>
          <w:rFonts w:ascii="Arial" w:hAnsi="Arial"/>
        </w:rPr>
        <w:t>.</w:t>
      </w:r>
      <w:r w:rsidR="00714885">
        <w:rPr>
          <w:rFonts w:ascii="Arial" w:hAnsi="Arial"/>
        </w:rPr>
        <w:t xml:space="preserve"> Mar</w:t>
      </w:r>
      <w:r w:rsidR="003E19F0">
        <w:rPr>
          <w:rFonts w:ascii="Arial" w:hAnsi="Arial"/>
        </w:rPr>
        <w:t>k</w:t>
      </w:r>
      <w:r w:rsidR="00BC266C">
        <w:rPr>
          <w:rFonts w:ascii="Arial" w:hAnsi="Arial"/>
        </w:rPr>
        <w:t>?</w:t>
      </w:r>
      <w:r w:rsidR="003E19F0">
        <w:rPr>
          <w:rFonts w:ascii="Arial" w:hAnsi="Arial"/>
        </w:rPr>
        <w:t xml:space="preserve">” </w:t>
      </w:r>
    </w:p>
    <w:p w14:paraId="1EFDD31A" w14:textId="77777777" w:rsidR="00BC266C" w:rsidRDefault="00BC266C">
      <w:pPr>
        <w:spacing w:after="0"/>
        <w:rPr>
          <w:rFonts w:ascii="Arial" w:hAnsi="Arial"/>
        </w:rPr>
      </w:pPr>
    </w:p>
    <w:p w14:paraId="3E3881AD" w14:textId="77777777" w:rsidR="00BC266C" w:rsidRDefault="00BC266C">
      <w:pPr>
        <w:spacing w:after="0"/>
        <w:rPr>
          <w:rFonts w:ascii="Arial" w:hAnsi="Arial"/>
        </w:rPr>
      </w:pPr>
      <w:r>
        <w:rPr>
          <w:rFonts w:ascii="Arial" w:hAnsi="Arial"/>
        </w:rPr>
        <w:t>Speaker:</w:t>
      </w:r>
    </w:p>
    <w:p w14:paraId="09C6BADE" w14:textId="0D111977" w:rsidR="009444DA" w:rsidRDefault="009444DA">
      <w:pPr>
        <w:spacing w:after="0"/>
        <w:rPr>
          <w:rFonts w:ascii="Arial" w:hAnsi="Arial"/>
        </w:rPr>
      </w:pPr>
      <w:r>
        <w:rPr>
          <w:rFonts w:ascii="Arial" w:hAnsi="Arial"/>
        </w:rPr>
        <w:t>“C</w:t>
      </w:r>
      <w:r w:rsidR="00714885">
        <w:rPr>
          <w:rFonts w:ascii="Arial" w:hAnsi="Arial"/>
        </w:rPr>
        <w:t>an you hear m</w:t>
      </w:r>
      <w:r>
        <w:rPr>
          <w:rFonts w:ascii="Arial" w:hAnsi="Arial"/>
        </w:rPr>
        <w:t>e?”</w:t>
      </w:r>
      <w:r w:rsidR="00714885">
        <w:rPr>
          <w:rFonts w:ascii="Arial" w:hAnsi="Arial"/>
        </w:rPr>
        <w:t xml:space="preserve"> </w:t>
      </w:r>
    </w:p>
    <w:p w14:paraId="78FCF323" w14:textId="77777777" w:rsidR="009444DA" w:rsidRDefault="009444DA">
      <w:pPr>
        <w:spacing w:after="0"/>
        <w:rPr>
          <w:rFonts w:ascii="Arial" w:hAnsi="Arial"/>
        </w:rPr>
      </w:pPr>
    </w:p>
    <w:p w14:paraId="2BBA3B54" w14:textId="77777777" w:rsidR="009444DA" w:rsidRDefault="009444DA">
      <w:pPr>
        <w:spacing w:after="0"/>
        <w:rPr>
          <w:rFonts w:ascii="Arial" w:hAnsi="Arial"/>
        </w:rPr>
      </w:pPr>
      <w:r>
        <w:rPr>
          <w:rFonts w:ascii="Arial" w:hAnsi="Arial"/>
        </w:rPr>
        <w:t>Anthony Tibs:</w:t>
      </w:r>
    </w:p>
    <w:p w14:paraId="54490965" w14:textId="5D7FBA2B" w:rsidR="006406E7" w:rsidRDefault="009444DA">
      <w:pPr>
        <w:spacing w:after="0"/>
      </w:pPr>
      <w:r>
        <w:rPr>
          <w:rFonts w:ascii="Arial" w:hAnsi="Arial"/>
        </w:rPr>
        <w:t>“O</w:t>
      </w:r>
      <w:r w:rsidR="00714885">
        <w:rPr>
          <w:rFonts w:ascii="Arial" w:hAnsi="Arial"/>
        </w:rPr>
        <w:t>h, yes, we can hear yo</w:t>
      </w:r>
      <w:r>
        <w:rPr>
          <w:rFonts w:ascii="Arial" w:hAnsi="Arial"/>
        </w:rPr>
        <w:t>u.”</w:t>
      </w:r>
    </w:p>
    <w:p w14:paraId="10FA3AA4" w14:textId="77777777" w:rsidR="006406E7" w:rsidRDefault="006406E7">
      <w:pPr>
        <w:spacing w:after="0"/>
      </w:pPr>
    </w:p>
    <w:p w14:paraId="6AA85BF9" w14:textId="4C420DFE" w:rsidR="006406E7" w:rsidRDefault="009444DA">
      <w:pPr>
        <w:spacing w:after="0"/>
      </w:pPr>
      <w:r>
        <w:rPr>
          <w:rFonts w:ascii="Arial" w:hAnsi="Arial"/>
          <w:b/>
        </w:rPr>
        <w:t>**</w:t>
      </w:r>
      <w:r w:rsidR="00714885">
        <w:rPr>
          <w:rFonts w:ascii="Arial" w:hAnsi="Arial"/>
          <w:b/>
        </w:rPr>
        <w:t>Speaker</w:t>
      </w:r>
      <w:r w:rsidR="00607FFA">
        <w:rPr>
          <w:rFonts w:ascii="Arial" w:hAnsi="Arial"/>
          <w:b/>
        </w:rPr>
        <w:t xml:space="preserve">: </w:t>
      </w:r>
    </w:p>
    <w:p w14:paraId="57DD5AB7" w14:textId="7C9E3373" w:rsidR="006406E7" w:rsidRDefault="00607FFA">
      <w:pPr>
        <w:spacing w:after="0"/>
      </w:pPr>
      <w:r>
        <w:rPr>
          <w:rFonts w:ascii="Arial" w:hAnsi="Arial"/>
        </w:rPr>
        <w:t>“H</w:t>
      </w:r>
      <w:r w:rsidR="00714885">
        <w:rPr>
          <w:rFonts w:ascii="Arial" w:hAnsi="Arial"/>
        </w:rPr>
        <w:t>ey. Sorry, yes</w:t>
      </w:r>
      <w:r w:rsidR="0054068B">
        <w:rPr>
          <w:rFonts w:ascii="Arial" w:hAnsi="Arial"/>
        </w:rPr>
        <w:t>.</w:t>
      </w:r>
      <w:r w:rsidR="00714885">
        <w:rPr>
          <w:rFonts w:ascii="Arial" w:hAnsi="Arial"/>
        </w:rPr>
        <w:t xml:space="preserve"> greeting from </w:t>
      </w:r>
      <w:r w:rsidR="0065562E">
        <w:rPr>
          <w:rFonts w:ascii="Arial" w:hAnsi="Arial"/>
        </w:rPr>
        <w:t xml:space="preserve">the island of </w:t>
      </w:r>
      <w:r w:rsidR="0054068B">
        <w:rPr>
          <w:rFonts w:ascii="Arial" w:hAnsi="Arial"/>
        </w:rPr>
        <w:t xml:space="preserve">Euboea </w:t>
      </w:r>
      <w:r w:rsidR="00FA0946">
        <w:rPr>
          <w:rFonts w:ascii="Arial" w:hAnsi="Arial"/>
        </w:rPr>
        <w:t>(</w:t>
      </w:r>
      <w:r w:rsidR="00FA0946">
        <w:rPr>
          <w:rFonts w:ascii="Arial" w:hAnsi="Arial"/>
        </w:rPr>
        <w:t xml:space="preserve">also spelled </w:t>
      </w:r>
      <w:r w:rsidR="00FA0946">
        <w:rPr>
          <w:rFonts w:ascii="Arial" w:hAnsi="Arial"/>
        </w:rPr>
        <w:t xml:space="preserve">Evia) </w:t>
      </w:r>
      <w:r w:rsidR="000754DF">
        <w:rPr>
          <w:rFonts w:ascii="Arial" w:hAnsi="Arial"/>
        </w:rPr>
        <w:t xml:space="preserve">in </w:t>
      </w:r>
      <w:r w:rsidR="00714885">
        <w:rPr>
          <w:rFonts w:ascii="Arial" w:hAnsi="Arial"/>
        </w:rPr>
        <w:t>Greece. What I was wondering is</w:t>
      </w:r>
      <w:r w:rsidR="000754DF">
        <w:rPr>
          <w:rFonts w:ascii="Arial" w:hAnsi="Arial"/>
        </w:rPr>
        <w:t>,</w:t>
      </w:r>
      <w:r w:rsidR="00714885">
        <w:rPr>
          <w:rFonts w:ascii="Arial" w:hAnsi="Arial"/>
        </w:rPr>
        <w:t xml:space="preserve"> whether having radio signals accompanying the presentations of tactile maps of stars might have been helpful to nonvisual participant</w:t>
      </w:r>
      <w:r w:rsidR="002C3507">
        <w:rPr>
          <w:rFonts w:ascii="Arial" w:hAnsi="Arial"/>
        </w:rPr>
        <w:t xml:space="preserve">s?” </w:t>
      </w:r>
    </w:p>
    <w:p w14:paraId="61EDF09A" w14:textId="77777777" w:rsidR="006406E7" w:rsidRDefault="006406E7">
      <w:pPr>
        <w:spacing w:after="0"/>
      </w:pPr>
    </w:p>
    <w:p w14:paraId="003420C9" w14:textId="616399E3" w:rsidR="006406E7" w:rsidRDefault="002C3507">
      <w:pPr>
        <w:spacing w:after="0"/>
      </w:pPr>
      <w:r>
        <w:rPr>
          <w:rFonts w:ascii="Arial" w:hAnsi="Arial"/>
          <w:b/>
        </w:rPr>
        <w:t>Noreen Grice:</w:t>
      </w:r>
    </w:p>
    <w:p w14:paraId="6ADA7484" w14:textId="04FAED02" w:rsidR="006406E7" w:rsidRDefault="005E3C25">
      <w:pPr>
        <w:spacing w:after="0"/>
      </w:pPr>
      <w:r>
        <w:rPr>
          <w:rFonts w:ascii="Arial" w:hAnsi="Arial"/>
        </w:rPr>
        <w:t>“O</w:t>
      </w:r>
      <w:r w:rsidR="00714885">
        <w:rPr>
          <w:rFonts w:ascii="Arial" w:hAnsi="Arial"/>
        </w:rPr>
        <w:t>h, are you sa</w:t>
      </w:r>
      <w:r>
        <w:rPr>
          <w:rFonts w:ascii="Arial" w:hAnsi="Arial"/>
        </w:rPr>
        <w:t>y</w:t>
      </w:r>
      <w:r w:rsidR="00714885">
        <w:rPr>
          <w:rFonts w:ascii="Arial" w:hAnsi="Arial"/>
        </w:rPr>
        <w:t>ing the sound to go along with i</w:t>
      </w:r>
      <w:r>
        <w:rPr>
          <w:rFonts w:ascii="Arial" w:hAnsi="Arial"/>
        </w:rPr>
        <w:t>t?”</w:t>
      </w:r>
    </w:p>
    <w:p w14:paraId="59B4E051" w14:textId="77777777" w:rsidR="006406E7" w:rsidRDefault="006406E7">
      <w:pPr>
        <w:spacing w:after="0"/>
      </w:pPr>
    </w:p>
    <w:p w14:paraId="0B0E6F1A" w14:textId="625F7A18" w:rsidR="006406E7" w:rsidRDefault="009444DA">
      <w:pPr>
        <w:spacing w:after="0"/>
      </w:pPr>
      <w:r>
        <w:rPr>
          <w:rFonts w:ascii="Arial" w:hAnsi="Arial"/>
          <w:b/>
        </w:rPr>
        <w:t>**</w:t>
      </w:r>
      <w:r w:rsidR="00714885">
        <w:rPr>
          <w:rFonts w:ascii="Arial" w:hAnsi="Arial"/>
          <w:b/>
        </w:rPr>
        <w:t>Speaker</w:t>
      </w:r>
      <w:r w:rsidR="005E3C25">
        <w:rPr>
          <w:rFonts w:ascii="Arial" w:hAnsi="Arial"/>
          <w:b/>
        </w:rPr>
        <w:t>:</w:t>
      </w:r>
    </w:p>
    <w:p w14:paraId="43C8EC98" w14:textId="6650F6BC" w:rsidR="006406E7" w:rsidRDefault="005E3C25">
      <w:pPr>
        <w:spacing w:after="0"/>
      </w:pPr>
      <w:r>
        <w:rPr>
          <w:rFonts w:ascii="Arial" w:hAnsi="Arial"/>
        </w:rPr>
        <w:t>“T</w:t>
      </w:r>
      <w:r w:rsidR="00714885">
        <w:rPr>
          <w:rFonts w:ascii="Arial" w:hAnsi="Arial"/>
        </w:rPr>
        <w:t xml:space="preserve">hat's right, yes. I know </w:t>
      </w:r>
      <w:r w:rsidR="0036146B">
        <w:rPr>
          <w:rFonts w:ascii="Arial" w:hAnsi="Arial"/>
        </w:rPr>
        <w:t xml:space="preserve">that </w:t>
      </w:r>
      <w:r w:rsidR="00714885">
        <w:rPr>
          <w:rFonts w:ascii="Arial" w:hAnsi="Arial"/>
        </w:rPr>
        <w:t>there are radio signals which have been detected from various planets and even the sun</w:t>
      </w:r>
      <w:r w:rsidR="0036146B">
        <w:rPr>
          <w:rFonts w:ascii="Arial" w:hAnsi="Arial"/>
        </w:rPr>
        <w:t>,</w:t>
      </w:r>
      <w:r w:rsidR="00714885">
        <w:rPr>
          <w:rFonts w:ascii="Arial" w:hAnsi="Arial"/>
        </w:rPr>
        <w:t xml:space="preserve"> I understand. And I think it's </w:t>
      </w:r>
      <w:r w:rsidR="0036146B">
        <w:rPr>
          <w:rFonts w:ascii="Arial" w:hAnsi="Arial"/>
        </w:rPr>
        <w:t>a</w:t>
      </w:r>
      <w:r w:rsidR="00714885">
        <w:rPr>
          <w:rFonts w:ascii="Arial" w:hAnsi="Arial"/>
        </w:rPr>
        <w:t xml:space="preserve"> very impressive sort of thing. I was wondering if that could accompany presentations of diagrams you have</w:t>
      </w:r>
      <w:r w:rsidR="001A6E0A">
        <w:rPr>
          <w:rFonts w:ascii="Arial" w:hAnsi="Arial"/>
        </w:rPr>
        <w:t>. Y</w:t>
      </w:r>
      <w:r w:rsidR="00714885">
        <w:rPr>
          <w:rFonts w:ascii="Arial" w:hAnsi="Arial"/>
        </w:rPr>
        <w:t>ou know, of the sky and the stars, and whether that might have a very, an interesting effect on those who can, at the same time, listen to the radio signal</w:t>
      </w:r>
      <w:r w:rsidR="00EF3927">
        <w:rPr>
          <w:rFonts w:ascii="Arial" w:hAnsi="Arial"/>
        </w:rPr>
        <w:t xml:space="preserve">s </w:t>
      </w:r>
      <w:r w:rsidR="00714885">
        <w:rPr>
          <w:rFonts w:ascii="Arial" w:hAnsi="Arial"/>
        </w:rPr>
        <w:t xml:space="preserve"> </w:t>
      </w:r>
      <w:r w:rsidR="00EF3927">
        <w:rPr>
          <w:rFonts w:ascii="Arial" w:hAnsi="Arial"/>
        </w:rPr>
        <w:t xml:space="preserve">while </w:t>
      </w:r>
      <w:r w:rsidR="00714885">
        <w:rPr>
          <w:rFonts w:ascii="Arial" w:hAnsi="Arial"/>
        </w:rPr>
        <w:t>following the presentation about the star</w:t>
      </w:r>
      <w:r w:rsidR="002E35E5">
        <w:rPr>
          <w:rFonts w:ascii="Arial" w:hAnsi="Arial"/>
        </w:rPr>
        <w:t>s.”</w:t>
      </w:r>
    </w:p>
    <w:p w14:paraId="0E296D3F" w14:textId="77777777" w:rsidR="006406E7" w:rsidRDefault="006406E7">
      <w:pPr>
        <w:spacing w:after="0"/>
      </w:pPr>
    </w:p>
    <w:p w14:paraId="6650BE2F" w14:textId="6ED59ADA" w:rsidR="006406E7" w:rsidRDefault="00EF3927">
      <w:pPr>
        <w:spacing w:after="0"/>
      </w:pPr>
      <w:r>
        <w:rPr>
          <w:rFonts w:ascii="Arial" w:hAnsi="Arial"/>
          <w:b/>
        </w:rPr>
        <w:t xml:space="preserve">Noreen Grice: </w:t>
      </w:r>
    </w:p>
    <w:p w14:paraId="429D0909" w14:textId="5CE5C5D3" w:rsidR="006406E7" w:rsidRDefault="00C93B8C">
      <w:pPr>
        <w:spacing w:after="0"/>
      </w:pPr>
      <w:r>
        <w:rPr>
          <w:rFonts w:ascii="Arial" w:hAnsi="Arial"/>
        </w:rPr>
        <w:t>“Y</w:t>
      </w:r>
      <w:r w:rsidR="00714885">
        <w:rPr>
          <w:rFonts w:ascii="Arial" w:hAnsi="Arial"/>
        </w:rPr>
        <w:t xml:space="preserve">es. So as far as the radio signals, or other signals from space, I believe that in </w:t>
      </w:r>
      <w:proofErr w:type="gramStart"/>
      <w:r w:rsidR="00714885">
        <w:rPr>
          <w:rFonts w:ascii="Arial" w:hAnsi="Arial"/>
        </w:rPr>
        <w:t>the touch</w:t>
      </w:r>
      <w:proofErr w:type="gramEnd"/>
      <w:r w:rsidR="00714885">
        <w:rPr>
          <w:rFonts w:ascii="Arial" w:hAnsi="Arial"/>
        </w:rPr>
        <w:t xml:space="preserve"> </w:t>
      </w:r>
      <w:r w:rsidR="00AC2D2F" w:rsidRPr="00AC2D2F">
        <w:rPr>
          <w:rFonts w:ascii="Arial" w:hAnsi="Arial"/>
          <w:i/>
          <w:iCs/>
        </w:rPr>
        <w:t xml:space="preserve">The Solar System </w:t>
      </w:r>
      <w:r w:rsidR="00714885">
        <w:rPr>
          <w:rFonts w:ascii="Arial" w:hAnsi="Arial"/>
        </w:rPr>
        <w:t xml:space="preserve">book, the digital book, I believe it has some clips, some audio clips that do go along with the images, so </w:t>
      </w:r>
      <w:r w:rsidR="000D4AEC">
        <w:rPr>
          <w:rFonts w:ascii="Arial" w:hAnsi="Arial"/>
        </w:rPr>
        <w:t xml:space="preserve">that </w:t>
      </w:r>
      <w:r w:rsidR="00714885">
        <w:rPr>
          <w:rFonts w:ascii="Arial" w:hAnsi="Arial"/>
        </w:rPr>
        <w:t xml:space="preserve">may be already available. It's not for </w:t>
      </w:r>
      <w:r w:rsidR="00266E2A" w:rsidRPr="00266E2A">
        <w:rPr>
          <w:rFonts w:ascii="Arial" w:hAnsi="Arial"/>
          <w:i/>
          <w:iCs/>
        </w:rPr>
        <w:t xml:space="preserve">Touch </w:t>
      </w:r>
      <w:proofErr w:type="gramStart"/>
      <w:r w:rsidR="00266E2A" w:rsidRPr="00266E2A">
        <w:rPr>
          <w:rFonts w:ascii="Arial" w:hAnsi="Arial"/>
          <w:i/>
          <w:iCs/>
        </w:rPr>
        <w:t>The</w:t>
      </w:r>
      <w:proofErr w:type="gramEnd"/>
      <w:r w:rsidR="00266E2A" w:rsidRPr="00266E2A">
        <w:rPr>
          <w:rFonts w:ascii="Arial" w:hAnsi="Arial"/>
          <w:i/>
          <w:iCs/>
        </w:rPr>
        <w:t xml:space="preserve"> Stars</w:t>
      </w:r>
      <w:r w:rsidR="00714885">
        <w:rPr>
          <w:rFonts w:ascii="Arial" w:hAnsi="Arial"/>
        </w:rPr>
        <w:t xml:space="preserve">, but I think, I think the digital </w:t>
      </w:r>
      <w:r w:rsidR="000D4AEC" w:rsidRPr="000D4AEC">
        <w:rPr>
          <w:rFonts w:ascii="Arial" w:hAnsi="Arial"/>
          <w:i/>
          <w:iCs/>
        </w:rPr>
        <w:t xml:space="preserve">Touch </w:t>
      </w:r>
      <w:proofErr w:type="gramStart"/>
      <w:r w:rsidR="000D4AEC" w:rsidRPr="000D4AEC">
        <w:rPr>
          <w:rFonts w:ascii="Arial" w:hAnsi="Arial"/>
          <w:i/>
          <w:iCs/>
        </w:rPr>
        <w:t>The</w:t>
      </w:r>
      <w:proofErr w:type="gramEnd"/>
      <w:r w:rsidR="000D4AEC" w:rsidRPr="000D4AEC">
        <w:rPr>
          <w:rFonts w:ascii="Arial" w:hAnsi="Arial"/>
          <w:i/>
          <w:iCs/>
        </w:rPr>
        <w:t xml:space="preserve"> Solar System </w:t>
      </w:r>
      <w:r w:rsidR="00714885">
        <w:rPr>
          <w:rFonts w:ascii="Arial" w:hAnsi="Arial"/>
        </w:rPr>
        <w:t>book does have some audio clip</w:t>
      </w:r>
      <w:r w:rsidR="000D4AEC">
        <w:rPr>
          <w:rFonts w:ascii="Arial" w:hAnsi="Arial"/>
        </w:rPr>
        <w:t>s.”</w:t>
      </w:r>
    </w:p>
    <w:p w14:paraId="1D7070B1" w14:textId="77777777" w:rsidR="006406E7" w:rsidRDefault="006406E7">
      <w:pPr>
        <w:spacing w:after="0"/>
      </w:pPr>
    </w:p>
    <w:p w14:paraId="7DA008A5" w14:textId="5919E4A5" w:rsidR="006406E7" w:rsidRDefault="00C93B8C">
      <w:pPr>
        <w:spacing w:after="0"/>
      </w:pPr>
      <w:r>
        <w:rPr>
          <w:rFonts w:ascii="Arial" w:hAnsi="Arial"/>
          <w:color w:val="5D7284"/>
        </w:rPr>
        <w:t>**</w:t>
      </w:r>
      <w:r w:rsidR="00266E2A">
        <w:rPr>
          <w:rFonts w:ascii="Arial" w:hAnsi="Arial"/>
          <w:color w:val="5D7284"/>
        </w:rPr>
        <w:t xml:space="preserve">Speaker: </w:t>
      </w:r>
    </w:p>
    <w:p w14:paraId="7F7893AE" w14:textId="157879B5" w:rsidR="006406E7" w:rsidRDefault="00266E2A">
      <w:pPr>
        <w:spacing w:after="0"/>
      </w:pPr>
      <w:r>
        <w:rPr>
          <w:rFonts w:ascii="Arial" w:hAnsi="Arial"/>
        </w:rPr>
        <w:t>“T</w:t>
      </w:r>
      <w:r w:rsidR="00714885">
        <w:rPr>
          <w:rFonts w:ascii="Arial" w:hAnsi="Arial"/>
        </w:rPr>
        <w:t xml:space="preserve">hank you, </w:t>
      </w:r>
      <w:r>
        <w:rPr>
          <w:rFonts w:ascii="Arial" w:hAnsi="Arial"/>
        </w:rPr>
        <w:t xml:space="preserve">Noreen.” </w:t>
      </w:r>
    </w:p>
    <w:p w14:paraId="4FC67039" w14:textId="77777777" w:rsidR="006406E7" w:rsidRDefault="006406E7">
      <w:pPr>
        <w:spacing w:after="0"/>
      </w:pPr>
    </w:p>
    <w:p w14:paraId="0ACC17D9" w14:textId="76C565DA" w:rsidR="006406E7" w:rsidRDefault="00714885">
      <w:pPr>
        <w:spacing w:after="0"/>
      </w:pPr>
      <w:r>
        <w:rPr>
          <w:rFonts w:ascii="Arial" w:hAnsi="Arial"/>
          <w:b/>
        </w:rPr>
        <w:t>Anthony Tibbs</w:t>
      </w:r>
      <w:r w:rsidR="00266E2A">
        <w:rPr>
          <w:rFonts w:ascii="Arial" w:hAnsi="Arial"/>
          <w:b/>
        </w:rPr>
        <w:t>:</w:t>
      </w:r>
      <w:r>
        <w:rPr>
          <w:rFonts w:ascii="Arial" w:hAnsi="Arial"/>
          <w:b/>
        </w:rPr>
        <w:t xml:space="preserve"> </w:t>
      </w:r>
    </w:p>
    <w:p w14:paraId="52BB8AD7" w14:textId="04F5E07A" w:rsidR="006406E7" w:rsidRDefault="00845006">
      <w:pPr>
        <w:spacing w:after="0"/>
      </w:pPr>
      <w:r>
        <w:rPr>
          <w:rFonts w:ascii="Arial" w:hAnsi="Arial"/>
        </w:rPr>
        <w:t>“A</w:t>
      </w:r>
      <w:r w:rsidR="00714885">
        <w:rPr>
          <w:rFonts w:ascii="Arial" w:hAnsi="Arial"/>
        </w:rPr>
        <w:t>nd Mar</w:t>
      </w:r>
      <w:r>
        <w:rPr>
          <w:rFonts w:ascii="Arial" w:hAnsi="Arial"/>
        </w:rPr>
        <w:t>k.”</w:t>
      </w:r>
    </w:p>
    <w:p w14:paraId="7FCA3DFB" w14:textId="77777777" w:rsidR="006406E7" w:rsidRDefault="006406E7">
      <w:pPr>
        <w:spacing w:after="0"/>
      </w:pPr>
    </w:p>
    <w:p w14:paraId="0CB8CB42" w14:textId="3A97D228" w:rsidR="006406E7" w:rsidRDefault="00845006">
      <w:pPr>
        <w:spacing w:after="0"/>
      </w:pPr>
      <w:r>
        <w:rPr>
          <w:rFonts w:ascii="Arial" w:hAnsi="Arial"/>
          <w:b/>
        </w:rPr>
        <w:t xml:space="preserve">Mark: </w:t>
      </w:r>
    </w:p>
    <w:p w14:paraId="285A6D3B" w14:textId="076FC962" w:rsidR="006406E7" w:rsidRDefault="00845006">
      <w:pPr>
        <w:spacing w:after="0"/>
      </w:pPr>
      <w:r>
        <w:rPr>
          <w:rFonts w:ascii="Arial" w:hAnsi="Arial"/>
        </w:rPr>
        <w:t>“O</w:t>
      </w:r>
      <w:r w:rsidR="00714885">
        <w:rPr>
          <w:rFonts w:ascii="Arial" w:hAnsi="Arial"/>
        </w:rPr>
        <w:t>h, can you hear me? Ye</w:t>
      </w:r>
      <w:r>
        <w:rPr>
          <w:rFonts w:ascii="Arial" w:hAnsi="Arial"/>
        </w:rPr>
        <w:t>s?</w:t>
      </w:r>
      <w:r w:rsidR="00714885">
        <w:rPr>
          <w:rFonts w:ascii="Arial" w:hAnsi="Arial"/>
        </w:rPr>
        <w:t xml:space="preserve"> Okay</w:t>
      </w:r>
      <w:r w:rsidR="00701EAA">
        <w:rPr>
          <w:rFonts w:ascii="Arial" w:hAnsi="Arial"/>
        </w:rPr>
        <w:t xml:space="preserve">. </w:t>
      </w:r>
      <w:proofErr w:type="gramStart"/>
      <w:r w:rsidR="00701EAA">
        <w:rPr>
          <w:rFonts w:ascii="Arial" w:hAnsi="Arial"/>
        </w:rPr>
        <w:t>S</w:t>
      </w:r>
      <w:r w:rsidR="00714885">
        <w:rPr>
          <w:rFonts w:ascii="Arial" w:hAnsi="Arial"/>
        </w:rPr>
        <w:t>o</w:t>
      </w:r>
      <w:proofErr w:type="gramEnd"/>
      <w:r w:rsidR="00714885">
        <w:rPr>
          <w:rFonts w:ascii="Arial" w:hAnsi="Arial"/>
        </w:rPr>
        <w:t xml:space="preserve"> thanks</w:t>
      </w:r>
      <w:r w:rsidR="00701EAA">
        <w:rPr>
          <w:rFonts w:ascii="Arial" w:hAnsi="Arial"/>
        </w:rPr>
        <w:t>,</w:t>
      </w:r>
      <w:r w:rsidR="00714885">
        <w:rPr>
          <w:rFonts w:ascii="Arial" w:hAnsi="Arial"/>
        </w:rPr>
        <w:t xml:space="preserve"> </w:t>
      </w:r>
      <w:r w:rsidR="00701EAA">
        <w:rPr>
          <w:rFonts w:ascii="Arial" w:hAnsi="Arial"/>
        </w:rPr>
        <w:t>Noreen</w:t>
      </w:r>
      <w:r w:rsidR="00714885">
        <w:rPr>
          <w:rFonts w:ascii="Arial" w:hAnsi="Arial"/>
        </w:rPr>
        <w:t xml:space="preserve">. I'm a librarian at a university, and recently </w:t>
      </w:r>
      <w:r w:rsidR="00701EAA">
        <w:rPr>
          <w:rFonts w:ascii="Arial" w:hAnsi="Arial"/>
        </w:rPr>
        <w:t xml:space="preserve">I’ve </w:t>
      </w:r>
      <w:r w:rsidR="00714885">
        <w:rPr>
          <w:rFonts w:ascii="Arial" w:hAnsi="Arial"/>
        </w:rPr>
        <w:t xml:space="preserve">noticed that the Canadian Space Agency has lots of images for sighted people, and so I've knocked on their door about how are they making resources available for blind, visually impaired and deafblind individuals? I even </w:t>
      </w:r>
      <w:proofErr w:type="gramStart"/>
      <w:r w:rsidR="00714885">
        <w:rPr>
          <w:rFonts w:ascii="Arial" w:hAnsi="Arial"/>
        </w:rPr>
        <w:t>wrote</w:t>
      </w:r>
      <w:proofErr w:type="gramEnd"/>
      <w:r w:rsidR="00714885">
        <w:rPr>
          <w:rFonts w:ascii="Arial" w:hAnsi="Arial"/>
        </w:rPr>
        <w:t xml:space="preserve"> my member of parliament, and they don't seem to be too responsive</w:t>
      </w:r>
      <w:r w:rsidR="00400CB6">
        <w:rPr>
          <w:rFonts w:ascii="Arial" w:hAnsi="Arial"/>
        </w:rPr>
        <w:t>. B</w:t>
      </w:r>
      <w:r w:rsidR="00714885">
        <w:rPr>
          <w:rFonts w:ascii="Arial" w:hAnsi="Arial"/>
        </w:rPr>
        <w:t>ut it sounded</w:t>
      </w:r>
      <w:r w:rsidR="00400CB6">
        <w:rPr>
          <w:rFonts w:ascii="Arial" w:hAnsi="Arial"/>
        </w:rPr>
        <w:t xml:space="preserve"> </w:t>
      </w:r>
      <w:r w:rsidR="00714885">
        <w:rPr>
          <w:rFonts w:ascii="Arial" w:hAnsi="Arial"/>
        </w:rPr>
        <w:t xml:space="preserve"> like you've had </w:t>
      </w:r>
      <w:proofErr w:type="gramStart"/>
      <w:r w:rsidR="00714885">
        <w:rPr>
          <w:rFonts w:ascii="Arial" w:hAnsi="Arial"/>
        </w:rPr>
        <w:t>good relationships</w:t>
      </w:r>
      <w:proofErr w:type="gramEnd"/>
      <w:r w:rsidR="00714885">
        <w:rPr>
          <w:rFonts w:ascii="Arial" w:hAnsi="Arial"/>
        </w:rPr>
        <w:t xml:space="preserve"> with NASA. I'm just wondering if you can talk about the relationship with NAS</w:t>
      </w:r>
      <w:r w:rsidR="002011CE">
        <w:rPr>
          <w:rFonts w:ascii="Arial" w:hAnsi="Arial"/>
        </w:rPr>
        <w:t>A.”</w:t>
      </w:r>
    </w:p>
    <w:p w14:paraId="301D4A80" w14:textId="77777777" w:rsidR="006406E7" w:rsidRDefault="006406E7">
      <w:pPr>
        <w:spacing w:after="0"/>
      </w:pPr>
    </w:p>
    <w:p w14:paraId="6EBFD0B6" w14:textId="57F432DE" w:rsidR="006406E7" w:rsidRDefault="002011CE">
      <w:pPr>
        <w:spacing w:after="0"/>
      </w:pPr>
      <w:r>
        <w:rPr>
          <w:rFonts w:ascii="Arial" w:hAnsi="Arial"/>
          <w:b/>
        </w:rPr>
        <w:t xml:space="preserve">Noreen Grice: </w:t>
      </w:r>
    </w:p>
    <w:p w14:paraId="4FB6C982" w14:textId="330D8805" w:rsidR="006406E7" w:rsidRDefault="008855D0">
      <w:pPr>
        <w:spacing w:after="0"/>
      </w:pPr>
      <w:r>
        <w:rPr>
          <w:rFonts w:ascii="Arial" w:hAnsi="Arial"/>
        </w:rPr>
        <w:t>W</w:t>
      </w:r>
      <w:r w:rsidR="00714885">
        <w:rPr>
          <w:rFonts w:ascii="Arial" w:hAnsi="Arial"/>
        </w:rPr>
        <w:t>ell</w:t>
      </w:r>
      <w:proofErr w:type="gramStart"/>
      <w:r w:rsidR="00714885">
        <w:rPr>
          <w:rFonts w:ascii="Arial" w:hAnsi="Arial"/>
        </w:rPr>
        <w:t>, things are</w:t>
      </w:r>
      <w:r w:rsidR="0079170B">
        <w:rPr>
          <w:rFonts w:ascii="Arial" w:hAnsi="Arial"/>
        </w:rPr>
        <w:t>—</w:t>
      </w:r>
      <w:proofErr w:type="gramEnd"/>
      <w:r w:rsidR="00714885">
        <w:rPr>
          <w:rFonts w:ascii="Arial" w:hAnsi="Arial"/>
        </w:rPr>
        <w:t xml:space="preserve">things may be changing with NASA, but I can tell you what has happened in the past. </w:t>
      </w:r>
      <w:proofErr w:type="gramStart"/>
      <w:r w:rsidR="00714885">
        <w:rPr>
          <w:rFonts w:ascii="Arial" w:hAnsi="Arial"/>
        </w:rPr>
        <w:t>So</w:t>
      </w:r>
      <w:proofErr w:type="gramEnd"/>
      <w:r w:rsidR="00714885">
        <w:rPr>
          <w:rFonts w:ascii="Arial" w:hAnsi="Arial"/>
        </w:rPr>
        <w:t xml:space="preserve"> in the past, NASA was structured</w:t>
      </w:r>
      <w:r w:rsidR="001451A8">
        <w:rPr>
          <w:rFonts w:ascii="Arial" w:hAnsi="Arial"/>
        </w:rPr>
        <w:t xml:space="preserve"> s</w:t>
      </w:r>
      <w:r w:rsidR="00714885">
        <w:rPr>
          <w:rFonts w:ascii="Arial" w:hAnsi="Arial"/>
        </w:rPr>
        <w:t xml:space="preserve">o there were, I think it was </w:t>
      </w:r>
      <w:proofErr w:type="gramStart"/>
      <w:r w:rsidR="00714885">
        <w:rPr>
          <w:rFonts w:ascii="Arial" w:hAnsi="Arial"/>
        </w:rPr>
        <w:t>called</w:t>
      </w:r>
      <w:r w:rsidR="001451A8">
        <w:rPr>
          <w:rFonts w:ascii="Arial" w:hAnsi="Arial"/>
        </w:rPr>
        <w:t>,</w:t>
      </w:r>
      <w:proofErr w:type="gramEnd"/>
      <w:r w:rsidR="00714885">
        <w:rPr>
          <w:rFonts w:ascii="Arial" w:hAnsi="Arial"/>
        </w:rPr>
        <w:t xml:space="preserve"> NASA </w:t>
      </w:r>
      <w:r w:rsidR="001451A8">
        <w:rPr>
          <w:rFonts w:ascii="Arial" w:hAnsi="Arial"/>
        </w:rPr>
        <w:t>B</w:t>
      </w:r>
      <w:r w:rsidR="00714885">
        <w:rPr>
          <w:rFonts w:ascii="Arial" w:hAnsi="Arial"/>
        </w:rPr>
        <w:t xml:space="preserve">roker </w:t>
      </w:r>
      <w:r w:rsidR="001451A8">
        <w:rPr>
          <w:rFonts w:ascii="Arial" w:hAnsi="Arial"/>
        </w:rPr>
        <w:t>F</w:t>
      </w:r>
      <w:r w:rsidR="00714885">
        <w:rPr>
          <w:rFonts w:ascii="Arial" w:hAnsi="Arial"/>
        </w:rPr>
        <w:t xml:space="preserve">acilitators. And one of the things that NASA had determined, and educators had determined, was there was a disconnect, which may be what you're </w:t>
      </w:r>
      <w:proofErr w:type="gramStart"/>
      <w:r w:rsidR="00714885">
        <w:rPr>
          <w:rFonts w:ascii="Arial" w:hAnsi="Arial"/>
        </w:rPr>
        <w:t>seeing</w:t>
      </w:r>
      <w:r w:rsidR="0079170B">
        <w:rPr>
          <w:rFonts w:ascii="Arial" w:hAnsi="Arial"/>
        </w:rPr>
        <w:t>—</w:t>
      </w:r>
      <w:r w:rsidR="00714885">
        <w:rPr>
          <w:rFonts w:ascii="Arial" w:hAnsi="Arial"/>
        </w:rPr>
        <w:t>a</w:t>
      </w:r>
      <w:proofErr w:type="gramEnd"/>
      <w:r w:rsidR="00714885">
        <w:rPr>
          <w:rFonts w:ascii="Arial" w:hAnsi="Arial"/>
        </w:rPr>
        <w:t xml:space="preserve"> disconnect between the scientists and the educators, which I think would include librarians</w:t>
      </w:r>
      <w:r w:rsidR="00C920B9">
        <w:rPr>
          <w:rFonts w:ascii="Arial" w:hAnsi="Arial"/>
        </w:rPr>
        <w:t>. A</w:t>
      </w:r>
      <w:r w:rsidR="00714885">
        <w:rPr>
          <w:rFonts w:ascii="Arial" w:hAnsi="Arial"/>
        </w:rPr>
        <w:t xml:space="preserve">nd </w:t>
      </w:r>
      <w:proofErr w:type="gramStart"/>
      <w:r w:rsidR="00714885">
        <w:rPr>
          <w:rFonts w:ascii="Arial" w:hAnsi="Arial"/>
        </w:rPr>
        <w:t>so</w:t>
      </w:r>
      <w:proofErr w:type="gramEnd"/>
      <w:r w:rsidR="00714885">
        <w:rPr>
          <w:rFonts w:ascii="Arial" w:hAnsi="Arial"/>
        </w:rPr>
        <w:t xml:space="preserve"> NASA created these </w:t>
      </w:r>
      <w:r w:rsidR="00B75816">
        <w:rPr>
          <w:rFonts w:ascii="Arial" w:hAnsi="Arial"/>
        </w:rPr>
        <w:t>B</w:t>
      </w:r>
      <w:r w:rsidR="00714885">
        <w:rPr>
          <w:rFonts w:ascii="Arial" w:hAnsi="Arial"/>
        </w:rPr>
        <w:t xml:space="preserve">roker </w:t>
      </w:r>
      <w:r w:rsidR="00B75816">
        <w:rPr>
          <w:rFonts w:ascii="Arial" w:hAnsi="Arial"/>
        </w:rPr>
        <w:t>F</w:t>
      </w:r>
      <w:r w:rsidR="00714885">
        <w:rPr>
          <w:rFonts w:ascii="Arial" w:hAnsi="Arial"/>
        </w:rPr>
        <w:t>acilitators, and it was one of those who happened to be a professor at DePaul University in Chicago</w:t>
      </w:r>
      <w:r w:rsidR="00B75816">
        <w:rPr>
          <w:rFonts w:ascii="Arial" w:hAnsi="Arial"/>
        </w:rPr>
        <w:t>,</w:t>
      </w:r>
      <w:r w:rsidR="00714885">
        <w:rPr>
          <w:rFonts w:ascii="Arial" w:hAnsi="Arial"/>
        </w:rPr>
        <w:t xml:space="preserve"> who contacted me first about creating a book about the Hubble Space Telescope. And so we were able to get grant funding for that. And then the next two books were also done under this organization where, you know, one group would be the broker, which would be the person connecting the scientists and the educators, </w:t>
      </w:r>
      <w:r w:rsidR="0038773A">
        <w:rPr>
          <w:rFonts w:ascii="Arial" w:hAnsi="Arial"/>
        </w:rPr>
        <w:t xml:space="preserve">who </w:t>
      </w:r>
      <w:r w:rsidR="00714885">
        <w:rPr>
          <w:rFonts w:ascii="Arial" w:hAnsi="Arial"/>
        </w:rPr>
        <w:t xml:space="preserve">came </w:t>
      </w:r>
      <w:proofErr w:type="gramStart"/>
      <w:r w:rsidR="00714885">
        <w:rPr>
          <w:rFonts w:ascii="Arial" w:hAnsi="Arial"/>
        </w:rPr>
        <w:t>together</w:t>
      </w:r>
      <w:proofErr w:type="gramEnd"/>
      <w:r w:rsidR="00714885">
        <w:rPr>
          <w:rFonts w:ascii="Arial" w:hAnsi="Arial"/>
        </w:rPr>
        <w:t xml:space="preserve"> and </w:t>
      </w:r>
      <w:r w:rsidR="0081171E">
        <w:rPr>
          <w:rFonts w:ascii="Arial" w:hAnsi="Arial"/>
        </w:rPr>
        <w:t xml:space="preserve">we </w:t>
      </w:r>
      <w:r w:rsidR="00714885">
        <w:rPr>
          <w:rFonts w:ascii="Arial" w:hAnsi="Arial"/>
        </w:rPr>
        <w:t>were able to get</w:t>
      </w:r>
      <w:r w:rsidR="0079170B">
        <w:rPr>
          <w:rFonts w:ascii="Arial" w:hAnsi="Arial"/>
        </w:rPr>
        <w:t>—</w:t>
      </w:r>
      <w:r w:rsidR="00714885">
        <w:rPr>
          <w:rFonts w:ascii="Arial" w:hAnsi="Arial"/>
        </w:rPr>
        <w:t xml:space="preserve">they had funding at that time for these different </w:t>
      </w:r>
      <w:r w:rsidR="0038773A">
        <w:rPr>
          <w:rFonts w:ascii="Arial" w:hAnsi="Arial"/>
        </w:rPr>
        <w:t>g</w:t>
      </w:r>
      <w:r w:rsidR="00714885">
        <w:rPr>
          <w:rFonts w:ascii="Arial" w:hAnsi="Arial"/>
        </w:rPr>
        <w:t>roups</w:t>
      </w:r>
      <w:r w:rsidR="00400094">
        <w:rPr>
          <w:rFonts w:ascii="Arial" w:hAnsi="Arial"/>
        </w:rPr>
        <w:t>. A</w:t>
      </w:r>
      <w:r w:rsidR="00714885">
        <w:rPr>
          <w:rFonts w:ascii="Arial" w:hAnsi="Arial"/>
        </w:rPr>
        <w:t xml:space="preserve">nd </w:t>
      </w:r>
      <w:proofErr w:type="gramStart"/>
      <w:r w:rsidR="00714885">
        <w:rPr>
          <w:rFonts w:ascii="Arial" w:hAnsi="Arial"/>
        </w:rPr>
        <w:t>so</w:t>
      </w:r>
      <w:proofErr w:type="gramEnd"/>
      <w:r w:rsidR="00714885">
        <w:rPr>
          <w:rFonts w:ascii="Arial" w:hAnsi="Arial"/>
        </w:rPr>
        <w:t xml:space="preserve"> everything just </w:t>
      </w:r>
      <w:proofErr w:type="gramStart"/>
      <w:r w:rsidR="00714885">
        <w:rPr>
          <w:rFonts w:ascii="Arial" w:hAnsi="Arial"/>
        </w:rPr>
        <w:t>sort</w:t>
      </w:r>
      <w:proofErr w:type="gramEnd"/>
      <w:r w:rsidR="00714885">
        <w:rPr>
          <w:rFonts w:ascii="Arial" w:hAnsi="Arial"/>
        </w:rPr>
        <w:t xml:space="preserve"> of fell into place. Things are a little bit in</w:t>
      </w:r>
      <w:r w:rsidR="0079170B">
        <w:rPr>
          <w:rFonts w:ascii="Arial" w:hAnsi="Arial"/>
        </w:rPr>
        <w:t>—</w:t>
      </w:r>
      <w:r w:rsidR="00714885">
        <w:rPr>
          <w:rFonts w:ascii="Arial" w:hAnsi="Arial"/>
        </w:rPr>
        <w:t>a little</w:t>
      </w:r>
      <w:r w:rsidR="0079170B">
        <w:rPr>
          <w:rFonts w:ascii="Arial" w:hAnsi="Arial"/>
        </w:rPr>
        <w:t>—</w:t>
      </w:r>
      <w:r w:rsidR="00714885">
        <w:rPr>
          <w:rFonts w:ascii="Arial" w:hAnsi="Arial"/>
        </w:rPr>
        <w:t xml:space="preserve">there's a little disruption going on right now. </w:t>
      </w:r>
      <w:proofErr w:type="gramStart"/>
      <w:r w:rsidR="00714885">
        <w:rPr>
          <w:rFonts w:ascii="Arial" w:hAnsi="Arial"/>
        </w:rPr>
        <w:t>So</w:t>
      </w:r>
      <w:proofErr w:type="gramEnd"/>
      <w:r w:rsidR="00714885">
        <w:rPr>
          <w:rFonts w:ascii="Arial" w:hAnsi="Arial"/>
        </w:rPr>
        <w:t xml:space="preserve"> I don't know what the future is going to be for NASA education</w:t>
      </w:r>
      <w:r w:rsidR="00400094">
        <w:rPr>
          <w:rFonts w:ascii="Arial" w:hAnsi="Arial"/>
        </w:rPr>
        <w:t>. B</w:t>
      </w:r>
      <w:r w:rsidR="00714885">
        <w:rPr>
          <w:rFonts w:ascii="Arial" w:hAnsi="Arial"/>
        </w:rPr>
        <w:t>ut I'm happy to assist you in any way with the Canadian Space Agency, to see</w:t>
      </w:r>
      <w:r w:rsidR="00053B91">
        <w:rPr>
          <w:rFonts w:ascii="Arial" w:hAnsi="Arial"/>
        </w:rPr>
        <w:t xml:space="preserve"> </w:t>
      </w:r>
      <w:r w:rsidR="00714885">
        <w:rPr>
          <w:rFonts w:ascii="Arial" w:hAnsi="Arial"/>
        </w:rPr>
        <w:t>what could be done. Because I think</w:t>
      </w:r>
      <w:r w:rsidR="00CC46CE">
        <w:rPr>
          <w:rFonts w:ascii="Arial" w:hAnsi="Arial"/>
        </w:rPr>
        <w:t>,</w:t>
      </w:r>
      <w:r w:rsidR="00714885">
        <w:rPr>
          <w:rFonts w:ascii="Arial" w:hAnsi="Arial"/>
        </w:rPr>
        <w:t xml:space="preserve"> when we make these images accessible tactilely, they become </w:t>
      </w:r>
      <w:proofErr w:type="gramStart"/>
      <w:r w:rsidR="00714885">
        <w:rPr>
          <w:rFonts w:ascii="Arial" w:hAnsi="Arial"/>
        </w:rPr>
        <w:t>really more</w:t>
      </w:r>
      <w:proofErr w:type="gramEnd"/>
      <w:r w:rsidR="00714885">
        <w:rPr>
          <w:rFonts w:ascii="Arial" w:hAnsi="Arial"/>
        </w:rPr>
        <w:t xml:space="preserve"> exciting and engaging for everybody. So it's really a win win. So if there's anything I can help you with I'm very glad to do that, and you can contact me through my homepage, </w:t>
      </w:r>
      <w:hyperlink r:id="rId11" w:history="1">
        <w:r w:rsidR="00175B77" w:rsidRPr="00CE1B2D">
          <w:rPr>
            <w:rStyle w:val="Hyperlink"/>
            <w:rFonts w:ascii="Arial" w:hAnsi="Arial"/>
          </w:rPr>
          <w:t>You Can Do Astronomy</w:t>
        </w:r>
      </w:hyperlink>
      <w:r w:rsidR="00CE1B2D">
        <w:rPr>
          <w:rFonts w:ascii="Arial" w:hAnsi="Arial"/>
        </w:rPr>
        <w:t>.</w:t>
      </w:r>
      <w:r w:rsidR="00714885">
        <w:rPr>
          <w:rFonts w:ascii="Arial" w:hAnsi="Arial"/>
        </w:rPr>
        <w:t xml:space="preserve"> </w:t>
      </w:r>
      <w:r w:rsidR="00CE1B2D">
        <w:rPr>
          <w:rFonts w:ascii="Arial" w:hAnsi="Arial"/>
        </w:rPr>
        <w:t>T</w:t>
      </w:r>
      <w:r w:rsidR="00714885">
        <w:rPr>
          <w:rFonts w:ascii="Arial" w:hAnsi="Arial"/>
        </w:rPr>
        <w:t>here</w:t>
      </w:r>
      <w:r w:rsidR="00CE1B2D">
        <w:rPr>
          <w:rFonts w:ascii="Arial" w:hAnsi="Arial"/>
        </w:rPr>
        <w:t xml:space="preserve"> is </w:t>
      </w:r>
      <w:r w:rsidR="00714885">
        <w:rPr>
          <w:rFonts w:ascii="Arial" w:hAnsi="Arial"/>
        </w:rPr>
        <w:t>a link to be able to contact me the</w:t>
      </w:r>
      <w:r>
        <w:rPr>
          <w:rFonts w:ascii="Arial" w:hAnsi="Arial"/>
        </w:rPr>
        <w:t>re.”</w:t>
      </w:r>
    </w:p>
    <w:p w14:paraId="325D4F94" w14:textId="77777777" w:rsidR="006406E7" w:rsidRDefault="006406E7">
      <w:pPr>
        <w:spacing w:after="0"/>
      </w:pPr>
    </w:p>
    <w:p w14:paraId="40C2A1F4" w14:textId="0A44A958" w:rsidR="006406E7" w:rsidRDefault="00CE1B2D">
      <w:pPr>
        <w:spacing w:after="0"/>
      </w:pPr>
      <w:r>
        <w:rPr>
          <w:rFonts w:ascii="Arial" w:hAnsi="Arial"/>
          <w:color w:val="5D7284"/>
        </w:rPr>
        <w:t xml:space="preserve">Mark: </w:t>
      </w:r>
    </w:p>
    <w:p w14:paraId="05CBE888" w14:textId="068CA936" w:rsidR="006406E7" w:rsidRDefault="00053B91">
      <w:pPr>
        <w:spacing w:after="0"/>
      </w:pPr>
      <w:r>
        <w:rPr>
          <w:rFonts w:ascii="Arial" w:hAnsi="Arial"/>
        </w:rPr>
        <w:t>“G</w:t>
      </w:r>
      <w:r w:rsidR="00714885">
        <w:rPr>
          <w:rFonts w:ascii="Arial" w:hAnsi="Arial"/>
        </w:rPr>
        <w:t>reat. Thank you very muc</w:t>
      </w:r>
      <w:r>
        <w:rPr>
          <w:rFonts w:ascii="Arial" w:hAnsi="Arial"/>
        </w:rPr>
        <w:t>h.”</w:t>
      </w:r>
    </w:p>
    <w:p w14:paraId="7AA4698B" w14:textId="77777777" w:rsidR="006406E7" w:rsidRDefault="006406E7">
      <w:pPr>
        <w:spacing w:after="0"/>
      </w:pPr>
    </w:p>
    <w:p w14:paraId="1071E5EC" w14:textId="1EDB7907" w:rsidR="006406E7" w:rsidRDefault="00714885">
      <w:pPr>
        <w:spacing w:after="0"/>
      </w:pPr>
      <w:r>
        <w:rPr>
          <w:rFonts w:ascii="Arial" w:hAnsi="Arial"/>
          <w:b/>
        </w:rPr>
        <w:t>Anthony Tibbs</w:t>
      </w:r>
      <w:r w:rsidR="00053B91">
        <w:rPr>
          <w:rFonts w:ascii="Arial" w:hAnsi="Arial"/>
          <w:b/>
        </w:rPr>
        <w:t>:</w:t>
      </w:r>
    </w:p>
    <w:p w14:paraId="7C8E3BEA" w14:textId="3CA60642" w:rsidR="006406E7" w:rsidRDefault="00053B91">
      <w:pPr>
        <w:spacing w:after="0"/>
        <w:rPr>
          <w:rFonts w:ascii="Arial" w:hAnsi="Arial"/>
        </w:rPr>
      </w:pPr>
      <w:r>
        <w:rPr>
          <w:rFonts w:ascii="Arial" w:hAnsi="Arial"/>
        </w:rPr>
        <w:t>“T</w:t>
      </w:r>
      <w:r w:rsidR="00714885">
        <w:rPr>
          <w:rFonts w:ascii="Arial" w:hAnsi="Arial"/>
        </w:rPr>
        <w:t xml:space="preserve">hank you, </w:t>
      </w:r>
      <w:r>
        <w:rPr>
          <w:rFonts w:ascii="Arial" w:hAnsi="Arial"/>
        </w:rPr>
        <w:t>N</w:t>
      </w:r>
      <w:r w:rsidR="00714885">
        <w:rPr>
          <w:rFonts w:ascii="Arial" w:hAnsi="Arial"/>
        </w:rPr>
        <w:t xml:space="preserve">oreen, that was a wonderful presentation, and it seems to have spurred </w:t>
      </w:r>
      <w:proofErr w:type="gramStart"/>
      <w:r w:rsidR="00714885">
        <w:rPr>
          <w:rFonts w:ascii="Arial" w:hAnsi="Arial"/>
        </w:rPr>
        <w:t xml:space="preserve">lots </w:t>
      </w:r>
      <w:r>
        <w:rPr>
          <w:rFonts w:ascii="Arial" w:hAnsi="Arial"/>
        </w:rPr>
        <w:t xml:space="preserve">and </w:t>
      </w:r>
      <w:r w:rsidR="00714885">
        <w:rPr>
          <w:rFonts w:ascii="Arial" w:hAnsi="Arial"/>
        </w:rPr>
        <w:t>lots of</w:t>
      </w:r>
      <w:proofErr w:type="gramEnd"/>
      <w:r w:rsidR="00714885">
        <w:rPr>
          <w:rFonts w:ascii="Arial" w:hAnsi="Arial"/>
        </w:rPr>
        <w:t xml:space="preserve"> discussion. And it was great to hear that people have come up to you and and told you, you know, what a difference it's made. </w:t>
      </w:r>
      <w:proofErr w:type="gramStart"/>
      <w:r w:rsidR="00714885">
        <w:rPr>
          <w:rFonts w:ascii="Arial" w:hAnsi="Arial"/>
        </w:rPr>
        <w:t>Sometimes we</w:t>
      </w:r>
      <w:r w:rsidR="0079170B">
        <w:rPr>
          <w:rFonts w:ascii="Arial" w:hAnsi="Arial"/>
        </w:rPr>
        <w:t>—</w:t>
      </w:r>
      <w:r w:rsidR="00714885">
        <w:rPr>
          <w:rFonts w:ascii="Arial" w:hAnsi="Arial"/>
        </w:rPr>
        <w:t>sometimes</w:t>
      </w:r>
      <w:proofErr w:type="gramEnd"/>
      <w:r w:rsidR="00714885">
        <w:rPr>
          <w:rFonts w:ascii="Arial" w:hAnsi="Arial"/>
        </w:rPr>
        <w:t xml:space="preserve"> we don't know</w:t>
      </w:r>
      <w:r w:rsidR="00B77ED1">
        <w:rPr>
          <w:rFonts w:ascii="Arial" w:hAnsi="Arial"/>
        </w:rPr>
        <w:t>. W</w:t>
      </w:r>
      <w:r w:rsidR="00714885">
        <w:rPr>
          <w:rFonts w:ascii="Arial" w:hAnsi="Arial"/>
        </w:rPr>
        <w:t xml:space="preserve">e put things out there, and we don't know </w:t>
      </w:r>
      <w:proofErr w:type="gramStart"/>
      <w:r w:rsidR="00714885">
        <w:rPr>
          <w:rFonts w:ascii="Arial" w:hAnsi="Arial"/>
        </w:rPr>
        <w:t>how</w:t>
      </w:r>
      <w:r w:rsidR="0079170B">
        <w:rPr>
          <w:rFonts w:ascii="Arial" w:hAnsi="Arial"/>
        </w:rPr>
        <w:t>—</w:t>
      </w:r>
      <w:r w:rsidR="00714885">
        <w:rPr>
          <w:rFonts w:ascii="Arial" w:hAnsi="Arial"/>
        </w:rPr>
        <w:t>what</w:t>
      </w:r>
      <w:proofErr w:type="gramEnd"/>
      <w:r w:rsidR="00714885">
        <w:rPr>
          <w:rFonts w:ascii="Arial" w:hAnsi="Arial"/>
        </w:rPr>
        <w:t xml:space="preserve"> the uptake is</w:t>
      </w:r>
      <w:r w:rsidR="00B77ED1">
        <w:rPr>
          <w:rFonts w:ascii="Arial" w:hAnsi="Arial"/>
        </w:rPr>
        <w:t>,</w:t>
      </w:r>
      <w:r w:rsidR="00714885">
        <w:rPr>
          <w:rFonts w:ascii="Arial" w:hAnsi="Arial"/>
        </w:rPr>
        <w:t xml:space="preserve"> or what impact it's having. But that's </w:t>
      </w:r>
      <w:proofErr w:type="gramStart"/>
      <w:r w:rsidR="00714885">
        <w:rPr>
          <w:rFonts w:ascii="Arial" w:hAnsi="Arial"/>
        </w:rPr>
        <w:t>really great</w:t>
      </w:r>
      <w:proofErr w:type="gramEnd"/>
      <w:r w:rsidR="00714885">
        <w:rPr>
          <w:rFonts w:ascii="Arial" w:hAnsi="Arial"/>
        </w:rPr>
        <w:t xml:space="preserve"> to hear.</w:t>
      </w:r>
    </w:p>
    <w:p w14:paraId="68A3A2FC" w14:textId="77777777" w:rsidR="00B77ED1" w:rsidRDefault="00B77ED1">
      <w:pPr>
        <w:spacing w:after="0"/>
        <w:rPr>
          <w:rFonts w:ascii="Arial" w:hAnsi="Arial"/>
        </w:rPr>
      </w:pPr>
    </w:p>
    <w:p w14:paraId="5A86C196" w14:textId="3E7EF64B" w:rsidR="00B77ED1" w:rsidRDefault="00B77ED1">
      <w:pPr>
        <w:spacing w:after="0"/>
      </w:pPr>
      <w:r>
        <w:rPr>
          <w:rFonts w:ascii="Arial" w:hAnsi="Arial"/>
        </w:rPr>
        <w:t xml:space="preserve">The </w:t>
      </w:r>
      <w:r w:rsidR="0079170B">
        <w:rPr>
          <w:rFonts w:ascii="Arial" w:hAnsi="Arial"/>
        </w:rPr>
        <w:t>End</w:t>
      </w:r>
    </w:p>
    <w:sectPr w:rsidR="00B77ED1" w:rsidSect="001216B9">
      <w:headerReference w:type="even" r:id="rId12"/>
      <w:headerReference w:type="default" r:id="rId13"/>
      <w:footerReference w:type="even" r:id="rId14"/>
      <w:footerReference w:type="default" r:id="rId15"/>
      <w:headerReference w:type="first" r:id="rId16"/>
      <w:footerReference w:type="first" r:id="rId17"/>
      <w:pgSz w:w="12240" w:h="15840"/>
      <w:pgMar w:top="1440" w:right="1080" w:bottom="1440" w:left="108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06A60" w14:textId="77777777" w:rsidR="00E76356" w:rsidRDefault="00E76356">
      <w:pPr>
        <w:spacing w:after="0" w:line="240" w:lineRule="auto"/>
      </w:pPr>
      <w:r>
        <w:separator/>
      </w:r>
    </w:p>
  </w:endnote>
  <w:endnote w:type="continuationSeparator" w:id="0">
    <w:p w14:paraId="41B723F7" w14:textId="77777777" w:rsidR="00E76356" w:rsidRDefault="00E76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72650680"/>
      <w:docPartObj>
        <w:docPartGallery w:val="Page Numbers (Bottom of Page)"/>
        <w:docPartUnique/>
      </w:docPartObj>
    </w:sdtPr>
    <w:sdtEndPr>
      <w:rPr>
        <w:rStyle w:val="PageNumber"/>
      </w:rPr>
    </w:sdtEndPr>
    <w:sdtContent>
      <w:p w14:paraId="5B49F2F0" w14:textId="0D664EC5" w:rsidR="001216B9" w:rsidRDefault="001216B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37484424"/>
      <w:docPartObj>
        <w:docPartGallery w:val="Page Numbers (Bottom of Page)"/>
        <w:docPartUnique/>
      </w:docPartObj>
    </w:sdtPr>
    <w:sdtEndPr>
      <w:rPr>
        <w:rStyle w:val="PageNumber"/>
      </w:rPr>
    </w:sdtEndPr>
    <w:sdtContent>
      <w:p w14:paraId="17BA4339" w14:textId="3F160B4F" w:rsidR="001216B9" w:rsidRDefault="001216B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0DD35F" w14:textId="77777777" w:rsidR="001216B9" w:rsidRDefault="00121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rPr>
      <w:id w:val="1113323662"/>
      <w:docPartObj>
        <w:docPartGallery w:val="Page Numbers (Bottom of Page)"/>
        <w:docPartUnique/>
      </w:docPartObj>
    </w:sdtPr>
    <w:sdtEndPr>
      <w:rPr>
        <w:rStyle w:val="PageNumber"/>
      </w:rPr>
    </w:sdtEndPr>
    <w:sdtContent>
      <w:p w14:paraId="414BB7FC" w14:textId="3CBEBC9E" w:rsidR="001216B9" w:rsidRPr="009C3AF0" w:rsidRDefault="001216B9">
        <w:pPr>
          <w:pStyle w:val="Footer"/>
          <w:framePr w:wrap="none" w:vAnchor="text" w:hAnchor="margin" w:xAlign="center" w:y="1"/>
          <w:rPr>
            <w:rStyle w:val="PageNumber"/>
            <w:rFonts w:ascii="Arial" w:hAnsi="Arial" w:cs="Arial"/>
          </w:rPr>
        </w:pPr>
        <w:r w:rsidRPr="009C3AF0">
          <w:rPr>
            <w:rStyle w:val="PageNumber"/>
            <w:rFonts w:ascii="Arial" w:hAnsi="Arial" w:cs="Arial"/>
          </w:rPr>
          <w:fldChar w:fldCharType="begin"/>
        </w:r>
        <w:r w:rsidRPr="009C3AF0">
          <w:rPr>
            <w:rStyle w:val="PageNumber"/>
            <w:rFonts w:ascii="Arial" w:hAnsi="Arial" w:cs="Arial"/>
          </w:rPr>
          <w:instrText xml:space="preserve"> PAGE </w:instrText>
        </w:r>
        <w:r w:rsidRPr="009C3AF0">
          <w:rPr>
            <w:rStyle w:val="PageNumber"/>
            <w:rFonts w:ascii="Arial" w:hAnsi="Arial" w:cs="Arial"/>
          </w:rPr>
          <w:fldChar w:fldCharType="separate"/>
        </w:r>
        <w:r w:rsidRPr="009C3AF0">
          <w:rPr>
            <w:rStyle w:val="PageNumber"/>
            <w:rFonts w:ascii="Arial" w:hAnsi="Arial" w:cs="Arial"/>
            <w:noProof/>
          </w:rPr>
          <w:t>- 1 -</w:t>
        </w:r>
        <w:r w:rsidRPr="009C3AF0">
          <w:rPr>
            <w:rStyle w:val="PageNumber"/>
            <w:rFonts w:ascii="Arial" w:hAnsi="Arial" w:cs="Arial"/>
          </w:rPr>
          <w:fldChar w:fldCharType="end"/>
        </w:r>
      </w:p>
    </w:sdtContent>
  </w:sdt>
  <w:p w14:paraId="1A7AEB9B" w14:textId="37CC26BC" w:rsidR="00930F33" w:rsidRPr="009C3AF0" w:rsidRDefault="001216B9">
    <w:pPr>
      <w:pStyle w:val="Footer"/>
      <w:rPr>
        <w:rFonts w:ascii="Arial" w:hAnsi="Arial" w:cs="Arial"/>
        <w:color w:val="BFBFBF" w:themeColor="background1" w:themeShade="BF"/>
      </w:rPr>
    </w:pPr>
    <w:r w:rsidRPr="009C3AF0">
      <w:rPr>
        <w:rFonts w:ascii="Arial" w:hAnsi="Arial" w:cs="Arial"/>
        <w:color w:val="BFBFBF" w:themeColor="background1" w:themeShade="BF"/>
      </w:rPr>
      <w:ptab w:relativeTo="margin" w:alignment="center" w:leader="none"/>
    </w:r>
    <w:r w:rsidRPr="009C3AF0">
      <w:rPr>
        <w:rFonts w:ascii="Arial" w:hAnsi="Arial" w:cs="Arial"/>
        <w:color w:val="BFBFBF" w:themeColor="background1" w:themeShade="BF"/>
      </w:rPr>
      <w:ptab w:relativeTo="margin" w:alignment="right" w:leader="none"/>
    </w:r>
    <w:r w:rsidRPr="009C3AF0">
      <w:rPr>
        <w:rFonts w:ascii="Arial" w:hAnsi="Arial" w:cs="Arial"/>
        <w:color w:val="BFBFBF" w:themeColor="background1" w:themeShade="BF"/>
      </w:rPr>
      <w:t xml:space="preserve">Transcribed by </w:t>
    </w:r>
    <w:hyperlink r:id="rId1" w:history="1">
      <w:r w:rsidRPr="006E2A8C">
        <w:rPr>
          <w:rStyle w:val="Hyperlink"/>
          <w:rFonts w:ascii="Arial" w:hAnsi="Arial" w:cs="Arial"/>
        </w:rPr>
        <w:t>https://otter.ai</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6D5FB" w14:textId="77777777" w:rsidR="006E2A8C" w:rsidRDefault="006E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B23F1" w14:textId="77777777" w:rsidR="00E76356" w:rsidRDefault="00E76356">
      <w:pPr>
        <w:spacing w:after="0" w:line="240" w:lineRule="auto"/>
      </w:pPr>
      <w:r>
        <w:separator/>
      </w:r>
    </w:p>
  </w:footnote>
  <w:footnote w:type="continuationSeparator" w:id="0">
    <w:p w14:paraId="307A6879" w14:textId="77777777" w:rsidR="00E76356" w:rsidRDefault="00E763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5ED7" w14:textId="77777777" w:rsidR="006E2A8C" w:rsidRDefault="006E2A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039F9" w14:textId="77777777" w:rsidR="006E2A8C" w:rsidRDefault="006E2A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62272" w14:textId="77777777" w:rsidR="006E2A8C" w:rsidRDefault="006E2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65086061">
    <w:abstractNumId w:val="8"/>
  </w:num>
  <w:num w:numId="2" w16cid:durableId="636447629">
    <w:abstractNumId w:val="6"/>
  </w:num>
  <w:num w:numId="3" w16cid:durableId="1152528335">
    <w:abstractNumId w:val="5"/>
  </w:num>
  <w:num w:numId="4" w16cid:durableId="1041589320">
    <w:abstractNumId w:val="4"/>
  </w:num>
  <w:num w:numId="5" w16cid:durableId="1699506997">
    <w:abstractNumId w:val="7"/>
  </w:num>
  <w:num w:numId="6" w16cid:durableId="635839445">
    <w:abstractNumId w:val="3"/>
  </w:num>
  <w:num w:numId="7" w16cid:durableId="1291472600">
    <w:abstractNumId w:val="2"/>
  </w:num>
  <w:num w:numId="8" w16cid:durableId="327445298">
    <w:abstractNumId w:val="1"/>
  </w:num>
  <w:num w:numId="9" w16cid:durableId="2065179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1EB"/>
    <w:rsid w:val="00004DB3"/>
    <w:rsid w:val="00007E0E"/>
    <w:rsid w:val="0001562A"/>
    <w:rsid w:val="0002167C"/>
    <w:rsid w:val="00034616"/>
    <w:rsid w:val="00035AE4"/>
    <w:rsid w:val="00047339"/>
    <w:rsid w:val="000476DF"/>
    <w:rsid w:val="00050A6B"/>
    <w:rsid w:val="00053B91"/>
    <w:rsid w:val="0006063C"/>
    <w:rsid w:val="00066610"/>
    <w:rsid w:val="000754DF"/>
    <w:rsid w:val="00091399"/>
    <w:rsid w:val="000917EC"/>
    <w:rsid w:val="000C3AEF"/>
    <w:rsid w:val="000D4AEC"/>
    <w:rsid w:val="000E6879"/>
    <w:rsid w:val="000F21F0"/>
    <w:rsid w:val="001066F6"/>
    <w:rsid w:val="001216B9"/>
    <w:rsid w:val="0012595B"/>
    <w:rsid w:val="00126664"/>
    <w:rsid w:val="001431F8"/>
    <w:rsid w:val="001451A8"/>
    <w:rsid w:val="0015074B"/>
    <w:rsid w:val="00157667"/>
    <w:rsid w:val="00170B37"/>
    <w:rsid w:val="00174C43"/>
    <w:rsid w:val="00175B77"/>
    <w:rsid w:val="00187F26"/>
    <w:rsid w:val="00194D73"/>
    <w:rsid w:val="001A6E0A"/>
    <w:rsid w:val="001D3F65"/>
    <w:rsid w:val="001D6594"/>
    <w:rsid w:val="001E0EDD"/>
    <w:rsid w:val="002011CE"/>
    <w:rsid w:val="00205586"/>
    <w:rsid w:val="00221330"/>
    <w:rsid w:val="00223716"/>
    <w:rsid w:val="002370D9"/>
    <w:rsid w:val="002561F7"/>
    <w:rsid w:val="00261952"/>
    <w:rsid w:val="00266E2A"/>
    <w:rsid w:val="002848A8"/>
    <w:rsid w:val="00284948"/>
    <w:rsid w:val="002871CA"/>
    <w:rsid w:val="00290943"/>
    <w:rsid w:val="0029639D"/>
    <w:rsid w:val="002A2647"/>
    <w:rsid w:val="002A2C06"/>
    <w:rsid w:val="002A5877"/>
    <w:rsid w:val="002C2278"/>
    <w:rsid w:val="002C3507"/>
    <w:rsid w:val="002C7A71"/>
    <w:rsid w:val="002E35E5"/>
    <w:rsid w:val="002F50B1"/>
    <w:rsid w:val="002F786F"/>
    <w:rsid w:val="00326068"/>
    <w:rsid w:val="00326F90"/>
    <w:rsid w:val="003541F7"/>
    <w:rsid w:val="00355DAA"/>
    <w:rsid w:val="0036146B"/>
    <w:rsid w:val="003623AF"/>
    <w:rsid w:val="0038773A"/>
    <w:rsid w:val="003C5308"/>
    <w:rsid w:val="003E19F0"/>
    <w:rsid w:val="00400094"/>
    <w:rsid w:val="00400CB6"/>
    <w:rsid w:val="00414C70"/>
    <w:rsid w:val="004158DA"/>
    <w:rsid w:val="00420455"/>
    <w:rsid w:val="00422ADF"/>
    <w:rsid w:val="00424776"/>
    <w:rsid w:val="00424F6A"/>
    <w:rsid w:val="004504D9"/>
    <w:rsid w:val="004528F4"/>
    <w:rsid w:val="004566AE"/>
    <w:rsid w:val="00457D66"/>
    <w:rsid w:val="00472BB7"/>
    <w:rsid w:val="0048255E"/>
    <w:rsid w:val="004A4609"/>
    <w:rsid w:val="004A641F"/>
    <w:rsid w:val="004B593C"/>
    <w:rsid w:val="004B7855"/>
    <w:rsid w:val="004E0676"/>
    <w:rsid w:val="005039A4"/>
    <w:rsid w:val="00515EEB"/>
    <w:rsid w:val="00531D41"/>
    <w:rsid w:val="005347FA"/>
    <w:rsid w:val="005402A5"/>
    <w:rsid w:val="0054068B"/>
    <w:rsid w:val="00541399"/>
    <w:rsid w:val="00545494"/>
    <w:rsid w:val="00557211"/>
    <w:rsid w:val="00566D9C"/>
    <w:rsid w:val="00586D53"/>
    <w:rsid w:val="005A0639"/>
    <w:rsid w:val="005A3086"/>
    <w:rsid w:val="005A64B8"/>
    <w:rsid w:val="005A6FD4"/>
    <w:rsid w:val="005E24AA"/>
    <w:rsid w:val="005E3C25"/>
    <w:rsid w:val="005F66E8"/>
    <w:rsid w:val="00606C6E"/>
    <w:rsid w:val="00607C05"/>
    <w:rsid w:val="00607FFA"/>
    <w:rsid w:val="0063328E"/>
    <w:rsid w:val="006406E7"/>
    <w:rsid w:val="006479A4"/>
    <w:rsid w:val="0065562E"/>
    <w:rsid w:val="00665E6F"/>
    <w:rsid w:val="00675C1B"/>
    <w:rsid w:val="006815DF"/>
    <w:rsid w:val="006B103C"/>
    <w:rsid w:val="006D2CD8"/>
    <w:rsid w:val="006E2A8C"/>
    <w:rsid w:val="006F23DF"/>
    <w:rsid w:val="006F7DD4"/>
    <w:rsid w:val="00701EAA"/>
    <w:rsid w:val="007043B5"/>
    <w:rsid w:val="00714885"/>
    <w:rsid w:val="00727871"/>
    <w:rsid w:val="0073110D"/>
    <w:rsid w:val="007331EB"/>
    <w:rsid w:val="00744EC3"/>
    <w:rsid w:val="00747623"/>
    <w:rsid w:val="00751190"/>
    <w:rsid w:val="00760B92"/>
    <w:rsid w:val="007749AF"/>
    <w:rsid w:val="00781CA5"/>
    <w:rsid w:val="0079170B"/>
    <w:rsid w:val="00792834"/>
    <w:rsid w:val="00794EBC"/>
    <w:rsid w:val="007B0F47"/>
    <w:rsid w:val="007B2895"/>
    <w:rsid w:val="007B44D1"/>
    <w:rsid w:val="007B72AE"/>
    <w:rsid w:val="007D0328"/>
    <w:rsid w:val="007D6315"/>
    <w:rsid w:val="007E0DAA"/>
    <w:rsid w:val="00802FC2"/>
    <w:rsid w:val="0081171E"/>
    <w:rsid w:val="008155B2"/>
    <w:rsid w:val="00820C9E"/>
    <w:rsid w:val="00835ED9"/>
    <w:rsid w:val="008371B1"/>
    <w:rsid w:val="008423CE"/>
    <w:rsid w:val="00843C03"/>
    <w:rsid w:val="00845006"/>
    <w:rsid w:val="008855D0"/>
    <w:rsid w:val="008A7BDA"/>
    <w:rsid w:val="008C306E"/>
    <w:rsid w:val="008E264C"/>
    <w:rsid w:val="008F1B46"/>
    <w:rsid w:val="008F70F2"/>
    <w:rsid w:val="00910DA2"/>
    <w:rsid w:val="009251B4"/>
    <w:rsid w:val="00930E68"/>
    <w:rsid w:val="00930F33"/>
    <w:rsid w:val="00943741"/>
    <w:rsid w:val="009444DA"/>
    <w:rsid w:val="00957491"/>
    <w:rsid w:val="00992ACC"/>
    <w:rsid w:val="009C3AF0"/>
    <w:rsid w:val="009D07A8"/>
    <w:rsid w:val="009D4788"/>
    <w:rsid w:val="009E5AA5"/>
    <w:rsid w:val="009F5357"/>
    <w:rsid w:val="00A05712"/>
    <w:rsid w:val="00A12EE5"/>
    <w:rsid w:val="00A2528D"/>
    <w:rsid w:val="00A520CD"/>
    <w:rsid w:val="00A6563D"/>
    <w:rsid w:val="00A6768C"/>
    <w:rsid w:val="00A81216"/>
    <w:rsid w:val="00AA1D8D"/>
    <w:rsid w:val="00AA5CD8"/>
    <w:rsid w:val="00AA6B7B"/>
    <w:rsid w:val="00AC2D2F"/>
    <w:rsid w:val="00AC6547"/>
    <w:rsid w:val="00AC67DE"/>
    <w:rsid w:val="00AE6F6F"/>
    <w:rsid w:val="00B1710D"/>
    <w:rsid w:val="00B2237A"/>
    <w:rsid w:val="00B33BA4"/>
    <w:rsid w:val="00B404B8"/>
    <w:rsid w:val="00B47730"/>
    <w:rsid w:val="00B75816"/>
    <w:rsid w:val="00B76C71"/>
    <w:rsid w:val="00B77ED1"/>
    <w:rsid w:val="00BA1AC7"/>
    <w:rsid w:val="00BA4585"/>
    <w:rsid w:val="00BA4C2B"/>
    <w:rsid w:val="00BA63A8"/>
    <w:rsid w:val="00BB038C"/>
    <w:rsid w:val="00BB03BC"/>
    <w:rsid w:val="00BC266C"/>
    <w:rsid w:val="00BD0140"/>
    <w:rsid w:val="00BD4F38"/>
    <w:rsid w:val="00BD7B25"/>
    <w:rsid w:val="00C018EF"/>
    <w:rsid w:val="00C24502"/>
    <w:rsid w:val="00C57C20"/>
    <w:rsid w:val="00C6308E"/>
    <w:rsid w:val="00C830FE"/>
    <w:rsid w:val="00C844B3"/>
    <w:rsid w:val="00C920B9"/>
    <w:rsid w:val="00C93B8C"/>
    <w:rsid w:val="00CA15A4"/>
    <w:rsid w:val="00CB0664"/>
    <w:rsid w:val="00CC46CE"/>
    <w:rsid w:val="00CC620F"/>
    <w:rsid w:val="00CE1B2D"/>
    <w:rsid w:val="00CE6F59"/>
    <w:rsid w:val="00CF4B42"/>
    <w:rsid w:val="00D02FDD"/>
    <w:rsid w:val="00D54C84"/>
    <w:rsid w:val="00D55874"/>
    <w:rsid w:val="00D57E81"/>
    <w:rsid w:val="00D722A8"/>
    <w:rsid w:val="00D730E4"/>
    <w:rsid w:val="00DB1BD7"/>
    <w:rsid w:val="00DB3E6D"/>
    <w:rsid w:val="00DB440B"/>
    <w:rsid w:val="00DC12A7"/>
    <w:rsid w:val="00DD0A56"/>
    <w:rsid w:val="00DE2E0D"/>
    <w:rsid w:val="00DF3ECF"/>
    <w:rsid w:val="00E04AD8"/>
    <w:rsid w:val="00E07ADE"/>
    <w:rsid w:val="00E1210A"/>
    <w:rsid w:val="00E17256"/>
    <w:rsid w:val="00E23745"/>
    <w:rsid w:val="00E2432E"/>
    <w:rsid w:val="00E36F44"/>
    <w:rsid w:val="00E427D4"/>
    <w:rsid w:val="00E52427"/>
    <w:rsid w:val="00E646C7"/>
    <w:rsid w:val="00E6497E"/>
    <w:rsid w:val="00E760F4"/>
    <w:rsid w:val="00E76356"/>
    <w:rsid w:val="00E915F1"/>
    <w:rsid w:val="00ED3244"/>
    <w:rsid w:val="00ED345E"/>
    <w:rsid w:val="00EF115A"/>
    <w:rsid w:val="00EF3927"/>
    <w:rsid w:val="00F33FB4"/>
    <w:rsid w:val="00F4653B"/>
    <w:rsid w:val="00F63A3A"/>
    <w:rsid w:val="00F80D9C"/>
    <w:rsid w:val="00FA0946"/>
    <w:rsid w:val="00FA3B2E"/>
    <w:rsid w:val="00FB5D50"/>
    <w:rsid w:val="00FC693F"/>
    <w:rsid w:val="00FF75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88BA53"/>
  <w14:defaultImageDpi w14:val="300"/>
  <w15:docId w15:val="{B4FE0DF9-B700-49B8-B02D-52F92DF98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216B9"/>
  </w:style>
  <w:style w:type="character" w:styleId="Hyperlink">
    <w:name w:val="Hyperlink"/>
    <w:basedOn w:val="DefaultParagraphFont"/>
    <w:uiPriority w:val="99"/>
    <w:unhideWhenUsed/>
    <w:rsid w:val="006E2A8C"/>
    <w:rPr>
      <w:color w:val="0000FF" w:themeColor="hyperlink"/>
      <w:u w:val="single"/>
    </w:rPr>
  </w:style>
  <w:style w:type="character" w:styleId="UnresolvedMention">
    <w:name w:val="Unresolved Mention"/>
    <w:basedOn w:val="DefaultParagraphFont"/>
    <w:uiPriority w:val="99"/>
    <w:semiHidden/>
    <w:unhideWhenUsed/>
    <w:rsid w:val="006E2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oucandoastronomy.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otter.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d07fe32-ef87-491a-ae2d-e28f29d6197a">
      <Terms xmlns="http://schemas.microsoft.com/office/infopath/2007/PartnerControls"/>
    </lcf76f155ced4ddcb4097134ff3c332f>
    <TaxCatchAll xmlns="f06ad736-34eb-45ab-8960-cf34462ae2f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17" ma:contentTypeDescription="Create a new document." ma:contentTypeScope="" ma:versionID="77bcaf72c1b9ea4847085d69a993e6b6">
  <xsd:schema xmlns:xsd="http://www.w3.org/2001/XMLSchema" xmlns:xs="http://www.w3.org/2001/XMLSchema" xmlns:p="http://schemas.microsoft.com/office/2006/metadata/properties" xmlns:ns2="5d07fe32-ef87-491a-ae2d-e28f29d6197a" xmlns:ns3="f06ad736-34eb-45ab-8960-cf34462ae2fa" targetNamespace="http://schemas.microsoft.com/office/2006/metadata/properties" ma:root="true" ma:fieldsID="e9469a5dce10a2949a8e7b0803cab222" ns2:_="" ns3:_="">
    <xsd:import namespace="5d07fe32-ef87-491a-ae2d-e28f29d6197a"/>
    <xsd:import namespace="f06ad736-34eb-45ab-8960-cf34462ae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c1854b5-bd4e-41ce-b0c0-febb1f3766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6ad736-34eb-45ab-8960-cf34462ae2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50dfe67-dafe-4ac7-b1d8-89efb45fc652}" ma:internalName="TaxCatchAll" ma:showField="CatchAllData" ma:web="f06ad736-34eb-45ab-8960-cf34462ae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D8C71-0E1D-4515-A651-424B20E56080}">
  <ds:schemaRefs>
    <ds:schemaRef ds:uri="http://schemas.microsoft.com/sharepoint/v3/contenttype/forms"/>
  </ds:schemaRefs>
</ds:datastoreItem>
</file>

<file path=customXml/itemProps2.xml><?xml version="1.0" encoding="utf-8"?>
<ds:datastoreItem xmlns:ds="http://schemas.openxmlformats.org/officeDocument/2006/customXml" ds:itemID="{9A01DF0D-0BB5-4F23-9127-0281FE42F1A1}">
  <ds:schemaRefs>
    <ds:schemaRef ds:uri="http://schemas.microsoft.com/office/2006/metadata/properties"/>
    <ds:schemaRef ds:uri="http://schemas.microsoft.com/office/infopath/2007/PartnerControls"/>
    <ds:schemaRef ds:uri="5d07fe32-ef87-491a-ae2d-e28f29d6197a"/>
    <ds:schemaRef ds:uri="f06ad736-34eb-45ab-8960-cf34462ae2fa"/>
  </ds:schemaRefs>
</ds:datastoreItem>
</file>

<file path=customXml/itemProps3.xml><?xml version="1.0" encoding="utf-8"?>
<ds:datastoreItem xmlns:ds="http://schemas.openxmlformats.org/officeDocument/2006/customXml" ds:itemID="{5D63F521-F6E0-43BF-B90C-FC6F128B851B}"/>
</file>

<file path=customXml/itemProps4.xml><?xml version="1.0" encoding="utf-8"?>
<ds:datastoreItem xmlns:ds="http://schemas.openxmlformats.org/officeDocument/2006/customXml" ds:itemID="{23411EC8-F1B9-C84B-81E7-620E13BCC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534</TotalTime>
  <Pages>11</Pages>
  <Words>4969</Words>
  <Characters>28325</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33228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Diana Brent</cp:lastModifiedBy>
  <cp:revision>3</cp:revision>
  <dcterms:created xsi:type="dcterms:W3CDTF">2019-09-10T23:59:00Z</dcterms:created>
  <dcterms:modified xsi:type="dcterms:W3CDTF">2025-09-06T23:26:00Z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0x0101005E22D666E3CEA8428713096C4BCC37D8</vt:lpwstr>
  </property>
  <property fmtid="{D5CDD505-2E9C-101B-9397-08002B2CF9AE}" pid="3" name="MediaServiceImageTags">
    <vt:lpwstr/>
  </property>
</Properties>
</file>